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904" w:rsidRPr="002834B6" w:rsidRDefault="00560821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sz w:val="24"/>
        </w:rPr>
      </w:pPr>
      <w:bookmarkStart w:id="0" w:name="_GoBack"/>
      <w:r w:rsidRPr="00560821">
        <w:rPr>
          <w:rFonts w:ascii="Times New Roman" w:hAnsi="Times New Roman"/>
          <w:b/>
          <w:noProof/>
          <w:sz w:val="24"/>
          <w:lang w:val="ru-RU" w:eastAsia="ru-RU"/>
        </w:rPr>
        <w:drawing>
          <wp:inline distT="0" distB="0" distL="0" distR="0" wp14:anchorId="40502CDE" wp14:editId="5ED61A56">
            <wp:extent cx="6730365" cy="10260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1026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0821" w:rsidRDefault="00560821" w:rsidP="0030650B">
      <w:pPr>
        <w:autoSpaceDE w:val="0"/>
        <w:autoSpaceDN w:val="0"/>
        <w:spacing w:after="0" w:line="230" w:lineRule="auto"/>
        <w:jc w:val="center"/>
        <w:rPr>
          <w:rFonts w:ascii="Times New Roman" w:hAnsi="Times New Roman"/>
          <w:b/>
          <w:sz w:val="24"/>
          <w:lang w:val="ru-RU"/>
        </w:rPr>
      </w:pPr>
    </w:p>
    <w:p w:rsidR="0045176C" w:rsidRPr="006D1E72" w:rsidRDefault="0030650B" w:rsidP="0030650B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 xml:space="preserve">1. </w:t>
      </w:r>
      <w:r w:rsidR="007D595A" w:rsidRPr="006D1E72">
        <w:rPr>
          <w:rFonts w:ascii="Times New Roman" w:hAnsi="Times New Roman"/>
          <w:b/>
          <w:sz w:val="24"/>
          <w:lang w:val="ru-RU"/>
        </w:rPr>
        <w:t>ПОЯСНИТЕЛЬНАЯ ЗАПИСКА</w:t>
      </w:r>
    </w:p>
    <w:p w:rsidR="0045176C" w:rsidRPr="006D1E72" w:rsidRDefault="007D595A" w:rsidP="0030650B">
      <w:pPr>
        <w:autoSpaceDE w:val="0"/>
        <w:autoSpaceDN w:val="0"/>
        <w:spacing w:before="346" w:after="0"/>
        <w:ind w:firstLine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Рабочая программа по предмету «Математика» для обучающихся 2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:rsidR="0045176C" w:rsidRPr="006D1E72" w:rsidRDefault="007D595A" w:rsidP="0030650B">
      <w:pPr>
        <w:autoSpaceDE w:val="0"/>
        <w:autoSpaceDN w:val="0"/>
        <w:spacing w:before="70" w:after="0" w:line="271" w:lineRule="auto"/>
        <w:ind w:right="14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45176C" w:rsidRPr="006D1E72" w:rsidRDefault="007D595A" w:rsidP="0030650B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jc w:val="both"/>
        <w:rPr>
          <w:lang w:val="ru-RU"/>
        </w:rPr>
      </w:pPr>
      <w:r w:rsidRPr="006D1E72">
        <w:rPr>
          <w:lang w:val="ru-RU"/>
        </w:rPr>
        <w:tab/>
      </w:r>
      <w:r w:rsidRPr="006D1E72">
        <w:rPr>
          <w:rFonts w:ascii="Times New Roman" w:hAnsi="Times New Roman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:rsidR="0045176C" w:rsidRPr="006D1E72" w:rsidRDefault="007D595A" w:rsidP="0030650B">
      <w:pPr>
        <w:autoSpaceDE w:val="0"/>
        <w:autoSpaceDN w:val="0"/>
        <w:spacing w:before="178" w:after="0"/>
        <w:ind w:left="420" w:right="28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:rsidR="0045176C" w:rsidRPr="006D1E72" w:rsidRDefault="007D595A" w:rsidP="0030650B">
      <w:pPr>
        <w:autoSpaceDE w:val="0"/>
        <w:autoSpaceDN w:val="0"/>
        <w:spacing w:before="190" w:after="0" w:line="281" w:lineRule="auto"/>
        <w:ind w:left="420" w:right="14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(«часть-целое»,«больше-меньше», «равно-неравно», «порядок»), смысла арифметических действий,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зависимостей (работа, движение, продолжительность события). </w:t>
      </w:r>
    </w:p>
    <w:p w:rsidR="0045176C" w:rsidRPr="006D1E72" w:rsidRDefault="007D595A" w:rsidP="0030650B">
      <w:pPr>
        <w:autoSpaceDE w:val="0"/>
        <w:autoSpaceDN w:val="0"/>
        <w:spacing w:before="190" w:after="0" w:line="281" w:lineRule="auto"/>
        <w:ind w:left="420" w:right="14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</w:t>
      </w:r>
      <w:proofErr w:type="gramStart"/>
      <w:r w:rsidRPr="006D1E72">
        <w:rPr>
          <w:rFonts w:ascii="Times New Roman" w:hAnsi="Times New Roman"/>
          <w:sz w:val="24"/>
          <w:lang w:val="ru-RU"/>
        </w:rPr>
        <w:t>аргументацию,  различать</w:t>
      </w:r>
      <w:proofErr w:type="gramEnd"/>
      <w:r w:rsidRPr="006D1E72">
        <w:rPr>
          <w:rFonts w:ascii="Times New Roman" w:hAnsi="Times New Roman"/>
          <w:sz w:val="24"/>
          <w:lang w:val="ru-RU"/>
        </w:rPr>
        <w:t xml:space="preserve"> верные (истинные) и неверные (ложные) утверждения, вести поиск информации (примеров, оснований для упорядочения, вариантов и др.). </w:t>
      </w:r>
    </w:p>
    <w:p w:rsidR="0045176C" w:rsidRPr="006D1E72" w:rsidRDefault="007D595A" w:rsidP="0030650B">
      <w:pPr>
        <w:autoSpaceDE w:val="0"/>
        <w:autoSpaceDN w:val="0"/>
        <w:spacing w:before="190" w:after="0" w:line="281" w:lineRule="auto"/>
        <w:ind w:left="420" w:right="14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:rsidR="0045176C" w:rsidRPr="006D1E72" w:rsidRDefault="007D595A" w:rsidP="0030650B">
      <w:pPr>
        <w:tabs>
          <w:tab w:val="left" w:pos="180"/>
        </w:tabs>
        <w:autoSpaceDE w:val="0"/>
        <w:autoSpaceDN w:val="0"/>
        <w:spacing w:before="180" w:after="0" w:line="262" w:lineRule="auto"/>
        <w:ind w:right="720"/>
        <w:jc w:val="both"/>
        <w:rPr>
          <w:lang w:val="ru-RU"/>
        </w:rPr>
      </w:pPr>
      <w:r w:rsidRPr="006D1E72">
        <w:rPr>
          <w:lang w:val="ru-RU"/>
        </w:rPr>
        <w:tab/>
      </w:r>
      <w:r w:rsidRPr="006D1E72">
        <w:rPr>
          <w:rFonts w:ascii="Times New Roman" w:hAnsi="Times New Roman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:rsidR="0045176C" w:rsidRPr="006D1E72" w:rsidRDefault="007D595A" w:rsidP="0030650B">
      <w:pPr>
        <w:autoSpaceDE w:val="0"/>
        <w:autoSpaceDN w:val="0"/>
        <w:spacing w:before="178" w:after="0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:rsidR="0045176C" w:rsidRPr="006D1E72" w:rsidRDefault="007D595A" w:rsidP="0030650B">
      <w:pPr>
        <w:autoSpaceDE w:val="0"/>
        <w:autoSpaceDN w:val="0"/>
        <w:spacing w:before="190" w:after="0" w:line="271" w:lineRule="auto"/>
        <w:ind w:left="420" w:right="7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:rsidR="0045176C" w:rsidRPr="006D1E72" w:rsidRDefault="007D595A" w:rsidP="0030650B">
      <w:pPr>
        <w:autoSpaceDE w:val="0"/>
        <w:autoSpaceDN w:val="0"/>
        <w:spacing w:before="190" w:after="0" w:line="271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:rsidR="0045176C" w:rsidRPr="006D1E72" w:rsidRDefault="0045176C" w:rsidP="0030650B">
      <w:pPr>
        <w:jc w:val="both"/>
        <w:rPr>
          <w:lang w:val="ru-RU"/>
        </w:rPr>
        <w:sectPr w:rsidR="0045176C" w:rsidRPr="006D1E72" w:rsidSect="002834B6">
          <w:pgSz w:w="11900" w:h="16840" w:code="9"/>
          <w:pgMar w:top="301" w:right="635" w:bottom="380" w:left="663" w:header="720" w:footer="720" w:gutter="0"/>
          <w:cols w:space="720" w:equalWidth="0">
            <w:col w:w="10599" w:space="0"/>
          </w:cols>
          <w:docGrid w:linePitch="360"/>
        </w:sectPr>
      </w:pPr>
    </w:p>
    <w:p w:rsidR="0045176C" w:rsidRPr="006D1E72" w:rsidRDefault="0045176C" w:rsidP="0030650B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45176C" w:rsidRPr="006D1E72" w:rsidRDefault="007D595A" w:rsidP="0030650B">
      <w:pPr>
        <w:autoSpaceDE w:val="0"/>
        <w:autoSpaceDN w:val="0"/>
        <w:spacing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предположения).</w:t>
      </w:r>
    </w:p>
    <w:p w:rsidR="0045176C" w:rsidRPr="006D1E72" w:rsidRDefault="007D595A" w:rsidP="0030650B">
      <w:pPr>
        <w:autoSpaceDE w:val="0"/>
        <w:autoSpaceDN w:val="0"/>
        <w:spacing w:before="178" w:after="0" w:line="281" w:lineRule="auto"/>
        <w:ind w:firstLine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>информации, в том числе и графическими (таблица, диаграмма, схема).</w:t>
      </w:r>
    </w:p>
    <w:p w:rsidR="0045176C" w:rsidRPr="006D1E72" w:rsidRDefault="007D595A" w:rsidP="0030650B">
      <w:pPr>
        <w:autoSpaceDE w:val="0"/>
        <w:autoSpaceDN w:val="0"/>
        <w:spacing w:before="70" w:after="0" w:line="286" w:lineRule="auto"/>
        <w:ind w:firstLine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На изучение м</w:t>
      </w:r>
      <w:r w:rsidR="006F3865" w:rsidRPr="006D1E72">
        <w:rPr>
          <w:rFonts w:ascii="Times New Roman" w:hAnsi="Times New Roman"/>
          <w:sz w:val="24"/>
          <w:lang w:val="ru-RU"/>
        </w:rPr>
        <w:t>атематики в 2 классе отводится 5 часов в неделю, всего 170</w:t>
      </w:r>
      <w:r w:rsidRPr="006D1E72">
        <w:rPr>
          <w:rFonts w:ascii="Times New Roman" w:hAnsi="Times New Roman"/>
          <w:sz w:val="24"/>
          <w:lang w:val="ru-RU"/>
        </w:rPr>
        <w:t xml:space="preserve"> часов.</w:t>
      </w:r>
    </w:p>
    <w:p w:rsidR="0045176C" w:rsidRPr="006D1E72" w:rsidRDefault="0045176C" w:rsidP="0030650B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after="0" w:line="23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45176C" w:rsidRPr="006D1E72" w:rsidRDefault="0030650B" w:rsidP="0030650B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lastRenderedPageBreak/>
        <w:t xml:space="preserve">2. </w:t>
      </w:r>
      <w:r w:rsidR="007D595A" w:rsidRPr="006D1E72">
        <w:rPr>
          <w:rFonts w:ascii="Times New Roman" w:hAnsi="Times New Roman"/>
          <w:b/>
          <w:sz w:val="24"/>
          <w:lang w:val="ru-RU"/>
        </w:rPr>
        <w:t>СОДЕРЖАНИЕ УЧЕБНОГО ПРЕДМЕТА</w:t>
      </w:r>
    </w:p>
    <w:p w:rsidR="0045176C" w:rsidRPr="006D1E72" w:rsidRDefault="007D595A" w:rsidP="0030650B">
      <w:pPr>
        <w:autoSpaceDE w:val="0"/>
        <w:autoSpaceDN w:val="0"/>
        <w:spacing w:before="346" w:after="0" w:line="271" w:lineRule="auto"/>
        <w:ind w:right="144" w:firstLine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Основное содержание обучения в программе представлено разделами: «Числа и величины</w:t>
      </w:r>
      <w:proofErr w:type="gramStart"/>
      <w:r w:rsidRPr="006D1E72">
        <w:rPr>
          <w:rFonts w:ascii="Times New Roman" w:hAnsi="Times New Roman"/>
          <w:sz w:val="24"/>
          <w:lang w:val="ru-RU"/>
        </w:rPr>
        <w:t>»,«</w:t>
      </w:r>
      <w:proofErr w:type="gramEnd"/>
      <w:r w:rsidRPr="006D1E72">
        <w:rPr>
          <w:rFonts w:ascii="Times New Roman" w:hAnsi="Times New Roman"/>
          <w:sz w:val="24"/>
          <w:lang w:val="ru-RU"/>
        </w:rPr>
        <w:t>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45176C" w:rsidRPr="006D1E72" w:rsidRDefault="007D595A" w:rsidP="0030650B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Числа и величины</w:t>
      </w:r>
    </w:p>
    <w:p w:rsidR="0045176C" w:rsidRPr="006D1E72" w:rsidRDefault="007D595A" w:rsidP="0030650B">
      <w:pPr>
        <w:tabs>
          <w:tab w:val="left" w:pos="180"/>
        </w:tabs>
        <w:autoSpaceDE w:val="0"/>
        <w:autoSpaceDN w:val="0"/>
        <w:spacing w:before="118" w:after="0" w:line="262" w:lineRule="auto"/>
        <w:ind w:right="144"/>
        <w:jc w:val="both"/>
        <w:rPr>
          <w:lang w:val="ru-RU"/>
        </w:rPr>
      </w:pPr>
      <w:r w:rsidRPr="006D1E72">
        <w:rPr>
          <w:lang w:val="ru-RU"/>
        </w:rPr>
        <w:tab/>
      </w:r>
      <w:r w:rsidRPr="006D1E72">
        <w:rPr>
          <w:rFonts w:ascii="Times New Roman" w:hAnsi="Times New Roman"/>
          <w:sz w:val="24"/>
          <w:lang w:val="ru-RU"/>
        </w:rPr>
        <w:t>Числа в пределах 100: чтение, запись, десятичный состав, сравнение Запись равенства, неравенства Увеличение/уменьшение числа на несколько единиц/десятков; разностное сравнение чисел.</w:t>
      </w:r>
    </w:p>
    <w:p w:rsidR="0045176C" w:rsidRPr="006D1E72" w:rsidRDefault="007D595A" w:rsidP="0030650B">
      <w:pPr>
        <w:autoSpaceDE w:val="0"/>
        <w:autoSpaceDN w:val="0"/>
        <w:spacing w:before="70" w:after="0" w:line="271" w:lineRule="auto"/>
        <w:ind w:firstLine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Величины: сравнение по массе (единица массы — </w:t>
      </w:r>
      <w:proofErr w:type="gramStart"/>
      <w:r w:rsidRPr="006D1E72">
        <w:rPr>
          <w:rFonts w:ascii="Times New Roman" w:hAnsi="Times New Roman"/>
          <w:sz w:val="24"/>
          <w:lang w:val="ru-RU"/>
        </w:rPr>
        <w:t>кило- грамм</w:t>
      </w:r>
      <w:proofErr w:type="gramEnd"/>
      <w:r w:rsidRPr="006D1E72">
        <w:rPr>
          <w:rFonts w:ascii="Times New Roman" w:hAnsi="Times New Roman"/>
          <w:sz w:val="24"/>
          <w:lang w:val="ru-RU"/>
        </w:rPr>
        <w:t>); измерение длины (единицы длины— метр, дециметр, сантиметр, миллиметр), времени (единицы времени — час, ми- нута) Соотношение между единицами величины (в пределах 100), его применение для решения практических задач</w:t>
      </w:r>
    </w:p>
    <w:p w:rsidR="0045176C" w:rsidRPr="006D1E72" w:rsidRDefault="007D595A" w:rsidP="0030650B">
      <w:pPr>
        <w:autoSpaceDE w:val="0"/>
        <w:autoSpaceDN w:val="0"/>
        <w:spacing w:before="264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Арифметические действия</w:t>
      </w:r>
    </w:p>
    <w:p w:rsidR="0045176C" w:rsidRPr="006D1E72" w:rsidRDefault="007D595A" w:rsidP="0030650B">
      <w:pPr>
        <w:tabs>
          <w:tab w:val="left" w:pos="180"/>
        </w:tabs>
        <w:autoSpaceDE w:val="0"/>
        <w:autoSpaceDN w:val="0"/>
        <w:spacing w:before="118" w:after="0" w:line="281" w:lineRule="auto"/>
        <w:jc w:val="both"/>
        <w:rPr>
          <w:lang w:val="ru-RU"/>
        </w:rPr>
      </w:pPr>
      <w:r w:rsidRPr="006D1E72">
        <w:rPr>
          <w:lang w:val="ru-RU"/>
        </w:rPr>
        <w:tab/>
      </w:r>
      <w:r w:rsidRPr="006D1E72">
        <w:rPr>
          <w:rFonts w:ascii="Times New Roman" w:hAnsi="Times New Roman"/>
          <w:sz w:val="24"/>
          <w:lang w:val="ru-RU"/>
        </w:rPr>
        <w:t xml:space="preserve">Устное сложение и вычитание чисел в пределах 100 без перехода и с переходом через разряд Письменное сложение и вычитание чисел в пределах 100. Переместительное, сочетательное свойства сложения, их применение для вычислений Взаимосвязь компонентов и результата действия сложения, действия вычитания Проверка результата вычисления (реальность ответа, обратное действие) </w:t>
      </w:r>
      <w:r w:rsidRPr="006D1E72">
        <w:rPr>
          <w:lang w:val="ru-RU"/>
        </w:rPr>
        <w:tab/>
      </w:r>
      <w:r w:rsidRPr="006D1E72">
        <w:rPr>
          <w:rFonts w:ascii="Times New Roman" w:hAnsi="Times New Roman"/>
          <w:sz w:val="24"/>
          <w:lang w:val="ru-RU"/>
        </w:rPr>
        <w:t>Действия умножения и деления чисел в практических и учебных ситуациях Названия компонентов действий умножения, деления.</w:t>
      </w:r>
    </w:p>
    <w:p w:rsidR="0045176C" w:rsidRPr="006D1E72" w:rsidRDefault="007D595A" w:rsidP="0030650B">
      <w:pPr>
        <w:autoSpaceDE w:val="0"/>
        <w:autoSpaceDN w:val="0"/>
        <w:spacing w:before="70" w:after="0" w:line="271" w:lineRule="auto"/>
        <w:ind w:right="432" w:firstLine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Табличное умножение в пределах 50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:rsidR="0045176C" w:rsidRPr="006D1E72" w:rsidRDefault="007D595A" w:rsidP="0030650B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Неизвестный компонент действия сложения, действия вычитания; его нахождение.</w:t>
      </w:r>
    </w:p>
    <w:p w:rsidR="0045176C" w:rsidRPr="006D1E72" w:rsidRDefault="007D595A" w:rsidP="0030650B">
      <w:pPr>
        <w:autoSpaceDE w:val="0"/>
        <w:autoSpaceDN w:val="0"/>
        <w:spacing w:before="70" w:after="0"/>
        <w:ind w:firstLine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Числовое выражение: чтение, запись, вычисление значения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45176C" w:rsidRPr="006D1E72" w:rsidRDefault="007D595A" w:rsidP="0030650B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Текстовые задачи</w:t>
      </w:r>
    </w:p>
    <w:p w:rsidR="0045176C" w:rsidRPr="006D1E72" w:rsidRDefault="007D595A" w:rsidP="0030650B">
      <w:pPr>
        <w:autoSpaceDE w:val="0"/>
        <w:autoSpaceDN w:val="0"/>
        <w:spacing w:before="118" w:after="0" w:line="283" w:lineRule="auto"/>
        <w:ind w:firstLine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Чтение, представление текста задачи в виде рисунка, схемы или другой модели. 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>(сложение, вычитание,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45176C" w:rsidRPr="006D1E72" w:rsidRDefault="007D595A" w:rsidP="0030650B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Пространственные отношения и геометрические фигуры</w:t>
      </w:r>
    </w:p>
    <w:p w:rsidR="0045176C" w:rsidRPr="006D1E72" w:rsidRDefault="007D595A" w:rsidP="0030650B">
      <w:pPr>
        <w:autoSpaceDE w:val="0"/>
        <w:autoSpaceDN w:val="0"/>
        <w:spacing w:before="118" w:after="0" w:line="281" w:lineRule="auto"/>
        <w:ind w:firstLine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данного/изображенного прямоугольника (квадрата), запись результата измерения в сантиметрах.</w:t>
      </w:r>
    </w:p>
    <w:p w:rsidR="0045176C" w:rsidRPr="006D1E72" w:rsidRDefault="007D595A" w:rsidP="0030650B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Математическая информация</w:t>
      </w:r>
    </w:p>
    <w:p w:rsidR="0045176C" w:rsidRPr="006D1E72" w:rsidRDefault="007D595A" w:rsidP="0030650B">
      <w:pPr>
        <w:autoSpaceDE w:val="0"/>
        <w:autoSpaceDN w:val="0"/>
        <w:spacing w:before="118" w:after="0" w:line="271" w:lineRule="auto"/>
        <w:ind w:right="144" w:firstLine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Нахождение, формулирование одного-двух общих 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  признаку.     Закономерность в ряду чисел, геометрических фигур, объектов</w:t>
      </w:r>
    </w:p>
    <w:p w:rsidR="0045176C" w:rsidRPr="006D1E72" w:rsidRDefault="007D595A" w:rsidP="0030650B">
      <w:pPr>
        <w:autoSpaceDE w:val="0"/>
        <w:autoSpaceDN w:val="0"/>
        <w:spacing w:after="0" w:line="286" w:lineRule="auto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lastRenderedPageBreak/>
        <w:t xml:space="preserve">повседневной  жизни. Верные (истинные) и неверные (ложные) утверждения, со- держащие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количественные, пространственные отношения,  зависимости между числами/величинами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>Конструирование утверждений с использованием слов «каждый», «все». 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 Внесение данных в таблицу, дополнение моделей (схем, изображений) готовыми числовыми данными. Алгоритмы (приёмы, правила) устных и письменных вычислений, измерений и построения геометрических фигур. Правила работы с электронными средствами обучения (электронной формой учебника, компьютерными тренажёрами).</w:t>
      </w:r>
    </w:p>
    <w:p w:rsidR="0045176C" w:rsidRPr="006D1E72" w:rsidRDefault="007D595A" w:rsidP="0030650B">
      <w:pPr>
        <w:autoSpaceDE w:val="0"/>
        <w:autoSpaceDN w:val="0"/>
        <w:spacing w:before="264" w:after="0" w:line="230" w:lineRule="auto"/>
        <w:jc w:val="center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УНИВЕРСАЛЬНЫЕ УЧЕБНЫЕ ДЕЙСТВИЯ (ПРОПЕДЕВТИЧЕСКИЙ УРОВЕНЬ)</w:t>
      </w:r>
    </w:p>
    <w:p w:rsidR="0045176C" w:rsidRPr="006D1E72" w:rsidRDefault="007D595A" w:rsidP="0030650B">
      <w:pPr>
        <w:autoSpaceDE w:val="0"/>
        <w:autoSpaceDN w:val="0"/>
        <w:spacing w:before="168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i/>
          <w:sz w:val="24"/>
          <w:lang w:val="ru-RU"/>
        </w:rPr>
        <w:t>Универсальные познавательные учебные действия: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наблюдать математические отношения (часть-целое, больше-меньше) в окружающем мире;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1296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характеризовать назначение и использовать простейшие измерительные приборы (сантиметровая лента, весы);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576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сравнивать группы объектов (чисел, величин, геометрических фигур) по самостоятельно выбранному основанию;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7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распределять (классифицировать) объекты (</w:t>
      </w:r>
      <w:proofErr w:type="gramStart"/>
      <w:r w:rsidRPr="006D1E72">
        <w:rPr>
          <w:rFonts w:ascii="Times New Roman" w:hAnsi="Times New Roman"/>
          <w:sz w:val="24"/>
          <w:lang w:val="ru-RU"/>
        </w:rPr>
        <w:t>числа,  величины</w:t>
      </w:r>
      <w:proofErr w:type="gramEnd"/>
      <w:r w:rsidRPr="006D1E72">
        <w:rPr>
          <w:rFonts w:ascii="Times New Roman" w:hAnsi="Times New Roman"/>
          <w:sz w:val="24"/>
          <w:lang w:val="ru-RU"/>
        </w:rPr>
        <w:t xml:space="preserve">, геометрические фигуры, текстовые задачи в одно действие) на группы;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432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обнаруживать модели геометрических фигур в окружающем мире; вести поиск различных решений задачи (расчётной, с геометрическим содержанием);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100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воспроизводить порядок выполнения действий в числовом выражении, содержащем действия  сложения  и  вычитания (со скобками/без скобок);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устанавливать соответствие между математическим выражением и его текстовым описанием;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подбирать примеры, подтверждающие суждение, вывод, ответ.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i/>
          <w:sz w:val="24"/>
          <w:lang w:val="ru-RU"/>
        </w:rPr>
        <w:t>Работа с информацией:</w:t>
      </w:r>
    </w:p>
    <w:p w:rsidR="0045176C" w:rsidRPr="006D1E72" w:rsidRDefault="007D595A" w:rsidP="0030650B">
      <w:pPr>
        <w:autoSpaceDE w:val="0"/>
        <w:autoSpaceDN w:val="0"/>
        <w:spacing w:before="178" w:after="0" w:line="262" w:lineRule="auto"/>
        <w:ind w:left="420" w:right="14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извлекать и использовать информацию, представленную в текстовой, графической (рисунок, схема, таблица) форме, заполнять таблицы; </w:t>
      </w:r>
    </w:p>
    <w:p w:rsidR="0045176C" w:rsidRPr="006D1E72" w:rsidRDefault="007D595A" w:rsidP="0030650B">
      <w:pPr>
        <w:autoSpaceDE w:val="0"/>
        <w:autoSpaceDN w:val="0"/>
        <w:spacing w:before="192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устанавливать логику перебора вариантов для решения простейших комбинаторных задач; </w:t>
      </w:r>
    </w:p>
    <w:p w:rsidR="0045176C" w:rsidRPr="006D1E72" w:rsidRDefault="007D595A" w:rsidP="0030650B">
      <w:pPr>
        <w:autoSpaceDE w:val="0"/>
        <w:autoSpaceDN w:val="0"/>
        <w:spacing w:before="192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дополнять модели (схемы, изображения) готовыми числовыми данными.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i/>
          <w:sz w:val="24"/>
          <w:lang w:val="ru-RU"/>
        </w:rPr>
        <w:t>Универсальные коммуникативные учебные действия:</w:t>
      </w:r>
    </w:p>
    <w:p w:rsidR="0045176C" w:rsidRPr="006D1E72" w:rsidRDefault="007D595A" w:rsidP="0030650B">
      <w:pPr>
        <w:autoSpaceDE w:val="0"/>
        <w:autoSpaceDN w:val="0"/>
        <w:spacing w:before="178" w:after="0" w:line="262" w:lineRule="auto"/>
        <w:ind w:left="420" w:right="432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комментировать ход вычислений; объяснять выбор величины, соответствующей ситуации измерения;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составлять текстовую задачу с заданным отношением (готовым решением) по образцу;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использовать математические знаки и терминологию для описания сюжетной ситуации;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конструирования утверждений, выводов относительно данных объектов, отношения;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называть числа, величины, геометрические фигуры, обладающие заданным свойством;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записывать, читать число, числовое выражение;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приводить примеры, иллюстрирующие смысл арифметического действия; </w:t>
      </w:r>
    </w:p>
    <w:p w:rsidR="0045176C" w:rsidRPr="006D1E72" w:rsidRDefault="0045176C" w:rsidP="0030650B">
      <w:pPr>
        <w:autoSpaceDE w:val="0"/>
        <w:autoSpaceDN w:val="0"/>
        <w:spacing w:after="108" w:line="220" w:lineRule="exact"/>
        <w:jc w:val="both"/>
        <w:rPr>
          <w:lang w:val="ru-RU"/>
        </w:rPr>
      </w:pPr>
    </w:p>
    <w:p w:rsidR="0045176C" w:rsidRPr="006D1E72" w:rsidRDefault="007D595A" w:rsidP="0030650B">
      <w:pPr>
        <w:autoSpaceDE w:val="0"/>
        <w:autoSpaceDN w:val="0"/>
        <w:spacing w:after="0" w:line="230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конструировать утверждения с использованием слов «каждый», «все».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i/>
          <w:sz w:val="24"/>
          <w:lang w:val="ru-RU"/>
        </w:rPr>
        <w:lastRenderedPageBreak/>
        <w:t>Универсальные регулятивные учебные действия:</w:t>
      </w:r>
    </w:p>
    <w:p w:rsidR="0045176C" w:rsidRPr="006D1E72" w:rsidRDefault="007D595A" w:rsidP="0030650B">
      <w:pPr>
        <w:autoSpaceDE w:val="0"/>
        <w:autoSpaceDN w:val="0"/>
        <w:spacing w:before="178" w:after="0" w:line="262" w:lineRule="auto"/>
        <w:ind w:left="240" w:right="1296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следовать установленному правилу, по которому составлен ряд чисел, величин, геометрических фигур;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240" w:right="1296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организовывать, участвовать, контролировать ход и результат парной работы с математическим материалом;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240" w:right="432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проверять правильность вычисления с помощью другого приёма выполнения действия, обратного действия; </w:t>
      </w:r>
    </w:p>
    <w:p w:rsidR="0045176C" w:rsidRPr="006D1E72" w:rsidRDefault="007D595A" w:rsidP="0030650B">
      <w:pPr>
        <w:autoSpaceDE w:val="0"/>
        <w:autoSpaceDN w:val="0"/>
        <w:spacing w:before="192" w:after="0" w:line="230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находить с помощью учителя причину возникшей ошибки и трудности.</w:t>
      </w:r>
    </w:p>
    <w:p w:rsidR="0045176C" w:rsidRPr="006D1E72" w:rsidRDefault="007D595A" w:rsidP="0030650B">
      <w:pPr>
        <w:autoSpaceDE w:val="0"/>
        <w:autoSpaceDN w:val="0"/>
        <w:spacing w:before="180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i/>
          <w:sz w:val="24"/>
          <w:lang w:val="ru-RU"/>
        </w:rPr>
        <w:t>Совместная деятельность:</w:t>
      </w:r>
    </w:p>
    <w:p w:rsidR="0045176C" w:rsidRPr="006D1E72" w:rsidRDefault="007D595A" w:rsidP="0030650B">
      <w:pPr>
        <w:autoSpaceDE w:val="0"/>
        <w:autoSpaceDN w:val="0"/>
        <w:spacing w:before="178" w:after="0" w:line="262" w:lineRule="auto"/>
        <w:ind w:left="240" w:right="28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принимать правила совместной деятельности при работе в парах, группах, составленных учителем или самостоятельно; </w:t>
      </w:r>
    </w:p>
    <w:p w:rsidR="0045176C" w:rsidRPr="006D1E72" w:rsidRDefault="007D595A" w:rsidP="0030650B">
      <w:pPr>
        <w:autoSpaceDE w:val="0"/>
        <w:autoSpaceDN w:val="0"/>
        <w:spacing w:before="190" w:after="0" w:line="271" w:lineRule="auto"/>
        <w:ind w:left="240" w:right="28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 </w:t>
      </w:r>
    </w:p>
    <w:p w:rsidR="0045176C" w:rsidRPr="006D1E72" w:rsidRDefault="007D595A" w:rsidP="0030650B">
      <w:pPr>
        <w:autoSpaceDE w:val="0"/>
        <w:autoSpaceDN w:val="0"/>
        <w:spacing w:before="190" w:after="0" w:line="271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выполнять прикидку и оценку результата действий, измерений);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совместно с учителем оценивать результаты выполнения общей работы.</w:t>
      </w: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/>
          <w:sz w:val="24"/>
          <w:lang w:val="ru-RU"/>
        </w:rPr>
      </w:pPr>
    </w:p>
    <w:p w:rsidR="0030650B" w:rsidRPr="006D1E72" w:rsidRDefault="0030650B" w:rsidP="0030650B">
      <w:pPr>
        <w:autoSpaceDE w:val="0"/>
        <w:autoSpaceDN w:val="0"/>
        <w:spacing w:before="190" w:after="0" w:line="230" w:lineRule="auto"/>
        <w:ind w:left="240"/>
        <w:jc w:val="both"/>
        <w:rPr>
          <w:lang w:val="ru-RU"/>
        </w:rPr>
      </w:pPr>
    </w:p>
    <w:p w:rsidR="0045176C" w:rsidRPr="006D1E72" w:rsidRDefault="0045176C" w:rsidP="0030650B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45176C" w:rsidRPr="006D1E72" w:rsidRDefault="0030650B" w:rsidP="0030650B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lastRenderedPageBreak/>
        <w:t xml:space="preserve">3. </w:t>
      </w:r>
      <w:r w:rsidR="007D595A" w:rsidRPr="006D1E72">
        <w:rPr>
          <w:rFonts w:ascii="Times New Roman" w:hAnsi="Times New Roman"/>
          <w:b/>
          <w:sz w:val="24"/>
          <w:lang w:val="ru-RU"/>
        </w:rPr>
        <w:t>ПЛАНИРУЕМЫЕ ОБРАЗОВАТЕЛЬНЫЕ РЕЗУЛЬТАТЫ</w:t>
      </w:r>
    </w:p>
    <w:p w:rsidR="0045176C" w:rsidRPr="006D1E72" w:rsidRDefault="007D595A" w:rsidP="0030650B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jc w:val="both"/>
        <w:rPr>
          <w:lang w:val="ru-RU"/>
        </w:rPr>
      </w:pPr>
      <w:r w:rsidRPr="006D1E72">
        <w:rPr>
          <w:lang w:val="ru-RU"/>
        </w:rPr>
        <w:tab/>
      </w:r>
      <w:r w:rsidRPr="006D1E72">
        <w:rPr>
          <w:rFonts w:ascii="Times New Roman" w:hAnsi="Times New Roman"/>
          <w:sz w:val="24"/>
          <w:lang w:val="ru-RU"/>
        </w:rPr>
        <w:t>Изучение математики в 2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45176C" w:rsidRPr="006D1E72" w:rsidRDefault="007D595A" w:rsidP="0030650B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ЛИЧНОСТНЫЕ РЕЗУЛЬТАТЫ</w:t>
      </w:r>
    </w:p>
    <w:p w:rsidR="0045176C" w:rsidRPr="006D1E72" w:rsidRDefault="007D595A" w:rsidP="0030650B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jc w:val="both"/>
        <w:rPr>
          <w:lang w:val="ru-RU"/>
        </w:rPr>
      </w:pPr>
      <w:r w:rsidRPr="006D1E72">
        <w:rPr>
          <w:lang w:val="ru-RU"/>
        </w:rPr>
        <w:tab/>
      </w:r>
      <w:r w:rsidRPr="006D1E72">
        <w:rPr>
          <w:rFonts w:ascii="Times New Roman" w:hAnsi="Times New Roman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:rsidR="0045176C" w:rsidRPr="006D1E72" w:rsidRDefault="007D595A" w:rsidP="0030650B">
      <w:pPr>
        <w:autoSpaceDE w:val="0"/>
        <w:autoSpaceDN w:val="0"/>
        <w:spacing w:before="178" w:after="0" w:line="262" w:lineRule="auto"/>
        <w:ind w:left="420" w:right="14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:rsidR="0045176C" w:rsidRPr="006D1E72" w:rsidRDefault="007D595A" w:rsidP="0030650B">
      <w:pPr>
        <w:autoSpaceDE w:val="0"/>
        <w:autoSpaceDN w:val="0"/>
        <w:spacing w:before="192" w:after="0" w:line="262" w:lineRule="auto"/>
        <w:ind w:left="420" w:right="576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:rsidR="0045176C" w:rsidRPr="006D1E72" w:rsidRDefault="007D595A" w:rsidP="0030650B">
      <w:pPr>
        <w:autoSpaceDE w:val="0"/>
        <w:autoSpaceDN w:val="0"/>
        <w:spacing w:before="190" w:after="0" w:line="271" w:lineRule="auto"/>
        <w:ind w:left="420" w:right="86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14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45176C" w:rsidRPr="006D1E72" w:rsidRDefault="007D595A" w:rsidP="0030650B">
      <w:pPr>
        <w:autoSpaceDE w:val="0"/>
        <w:autoSpaceDN w:val="0"/>
        <w:spacing w:before="190" w:after="0" w:line="271" w:lineRule="auto"/>
        <w:ind w:left="420" w:right="28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86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:rsidR="0045176C" w:rsidRPr="006D1E72" w:rsidRDefault="007D595A" w:rsidP="0030650B">
      <w:pPr>
        <w:autoSpaceDE w:val="0"/>
        <w:autoSpaceDN w:val="0"/>
        <w:spacing w:before="190" w:after="0" w:line="271" w:lineRule="auto"/>
        <w:ind w:left="420" w:right="28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45176C" w:rsidRPr="006D1E72" w:rsidRDefault="007D595A" w:rsidP="0030650B">
      <w:pPr>
        <w:autoSpaceDE w:val="0"/>
        <w:autoSpaceDN w:val="0"/>
        <w:spacing w:before="324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МЕТАПРЕДМЕТНЫЕ РЕЗУЛЬТАТЫ</w:t>
      </w:r>
    </w:p>
    <w:p w:rsidR="0045176C" w:rsidRPr="006D1E72" w:rsidRDefault="007D595A" w:rsidP="0030650B">
      <w:pPr>
        <w:autoSpaceDE w:val="0"/>
        <w:autoSpaceDN w:val="0"/>
        <w:spacing w:before="168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45176C" w:rsidRPr="006D1E72" w:rsidRDefault="007D595A" w:rsidP="0030650B">
      <w:pPr>
        <w:autoSpaceDE w:val="0"/>
        <w:autoSpaceDN w:val="0"/>
        <w:spacing w:before="192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Универсальные  познавательные учебные действия: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i/>
          <w:sz w:val="24"/>
          <w:lang w:val="ru-RU"/>
        </w:rPr>
        <w:t>1)  Базовые логические действия:</w:t>
      </w:r>
    </w:p>
    <w:p w:rsidR="0045176C" w:rsidRPr="006D1E72" w:rsidRDefault="007D595A" w:rsidP="0030650B">
      <w:pPr>
        <w:autoSpaceDE w:val="0"/>
        <w:autoSpaceDN w:val="0"/>
        <w:spacing w:before="178" w:after="0" w:line="262" w:lineRule="auto"/>
        <w:ind w:left="420" w:right="100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28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432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28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i/>
          <w:sz w:val="24"/>
          <w:lang w:val="ru-RU"/>
        </w:rPr>
        <w:t>2)  Базовые исследовательские действия:</w:t>
      </w:r>
    </w:p>
    <w:p w:rsidR="0045176C" w:rsidRPr="006D1E72" w:rsidRDefault="0045176C" w:rsidP="0030650B">
      <w:pPr>
        <w:autoSpaceDE w:val="0"/>
        <w:autoSpaceDN w:val="0"/>
        <w:spacing w:after="132" w:line="220" w:lineRule="exact"/>
        <w:jc w:val="both"/>
        <w:rPr>
          <w:lang w:val="ru-RU"/>
        </w:rPr>
      </w:pPr>
    </w:p>
    <w:p w:rsidR="0045176C" w:rsidRPr="006D1E72" w:rsidRDefault="007D595A" w:rsidP="0030650B">
      <w:pPr>
        <w:autoSpaceDE w:val="0"/>
        <w:autoSpaceDN w:val="0"/>
        <w:spacing w:after="0" w:line="262" w:lineRule="auto"/>
        <w:ind w:left="240" w:right="86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240" w:right="14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применять изученные методы познания (измерение, моделирование, перебор вариантов)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i/>
          <w:sz w:val="24"/>
          <w:lang w:val="ru-RU"/>
        </w:rPr>
        <w:t>3)  Работа с информацией:</w:t>
      </w:r>
    </w:p>
    <w:p w:rsidR="0045176C" w:rsidRPr="006D1E72" w:rsidRDefault="007D595A" w:rsidP="0030650B">
      <w:pPr>
        <w:autoSpaceDE w:val="0"/>
        <w:autoSpaceDN w:val="0"/>
        <w:spacing w:before="178" w:after="0" w:line="262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:rsidR="0045176C" w:rsidRPr="006D1E72" w:rsidRDefault="007D595A" w:rsidP="0030650B">
      <w:pPr>
        <w:autoSpaceDE w:val="0"/>
        <w:autoSpaceDN w:val="0"/>
        <w:spacing w:before="192" w:after="0" w:line="262" w:lineRule="auto"/>
        <w:ind w:left="240" w:right="86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240" w:right="432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Универсальные коммуникативные учебные действия: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конструировать утверждения, проверять их истинность;</w:t>
      </w:r>
    </w:p>
    <w:p w:rsidR="0045176C" w:rsidRPr="006D1E72" w:rsidRDefault="007D595A" w:rsidP="0030650B">
      <w:pPr>
        <w:autoSpaceDE w:val="0"/>
        <w:autoSpaceDN w:val="0"/>
        <w:spacing w:before="238" w:after="0" w:line="230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строить логическое рассуждение;</w:t>
      </w:r>
    </w:p>
    <w:p w:rsidR="0045176C" w:rsidRPr="006D1E72" w:rsidRDefault="007D595A" w:rsidP="0030650B">
      <w:pPr>
        <w:autoSpaceDE w:val="0"/>
        <w:autoSpaceDN w:val="0"/>
        <w:spacing w:before="238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:rsidR="0045176C" w:rsidRPr="006D1E72" w:rsidRDefault="007D595A" w:rsidP="0030650B">
      <w:pPr>
        <w:autoSpaceDE w:val="0"/>
        <w:autoSpaceDN w:val="0"/>
        <w:spacing w:before="238" w:after="0" w:line="230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формулировать ответ;</w:t>
      </w:r>
    </w:p>
    <w:p w:rsidR="0045176C" w:rsidRPr="006D1E72" w:rsidRDefault="007D595A" w:rsidP="0030650B">
      <w:pPr>
        <w:autoSpaceDE w:val="0"/>
        <w:autoSpaceDN w:val="0"/>
        <w:spacing w:before="238" w:after="0" w:line="262" w:lineRule="auto"/>
        <w:ind w:left="240" w:right="28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45176C" w:rsidRPr="006D1E72" w:rsidRDefault="007D595A" w:rsidP="0030650B">
      <w:pPr>
        <w:autoSpaceDE w:val="0"/>
        <w:autoSpaceDN w:val="0"/>
        <w:spacing w:before="238" w:after="0" w:line="271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45176C" w:rsidRPr="006D1E72" w:rsidRDefault="007D595A" w:rsidP="0030650B">
      <w:pPr>
        <w:autoSpaceDE w:val="0"/>
        <w:autoSpaceDN w:val="0"/>
        <w:spacing w:before="238" w:after="0" w:line="274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45176C" w:rsidRPr="006D1E72" w:rsidRDefault="007D595A" w:rsidP="0030650B">
      <w:pPr>
        <w:autoSpaceDE w:val="0"/>
        <w:autoSpaceDN w:val="0"/>
        <w:spacing w:before="238" w:after="0" w:line="230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ориентироваться в алгоритмах: воспроизводить, дополнять, исправлять деформированные;</w:t>
      </w:r>
    </w:p>
    <w:p w:rsidR="0045176C" w:rsidRPr="006D1E72" w:rsidRDefault="007D595A" w:rsidP="0030650B">
      <w:pPr>
        <w:autoSpaceDE w:val="0"/>
        <w:autoSpaceDN w:val="0"/>
        <w:spacing w:before="238" w:after="0" w:line="262" w:lineRule="auto"/>
        <w:ind w:left="240" w:right="14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составлять по аналогии</w:t>
      </w:r>
      <w:proofErr w:type="gramStart"/>
      <w:r w:rsidRPr="006D1E72">
        <w:rPr>
          <w:rFonts w:ascii="Times New Roman" w:hAnsi="Times New Roman"/>
          <w:sz w:val="24"/>
          <w:lang w:val="ru-RU"/>
        </w:rPr>
        <w:t>; .</w:t>
      </w:r>
      <w:proofErr w:type="gramEnd"/>
      <w:r w:rsidRPr="006D1E72">
        <w:rPr>
          <w:rFonts w:ascii="Times New Roman" w:hAnsi="Times New Roman"/>
          <w:sz w:val="24"/>
          <w:lang w:val="ru-RU"/>
        </w:rPr>
        <w:t xml:space="preserve"> самостоятельно составлять тексты заданий, аналогичные типовым изученным.</w:t>
      </w:r>
    </w:p>
    <w:p w:rsidR="0045176C" w:rsidRPr="006D1E72" w:rsidRDefault="007D595A" w:rsidP="0030650B">
      <w:pPr>
        <w:autoSpaceDE w:val="0"/>
        <w:autoSpaceDN w:val="0"/>
        <w:spacing w:before="298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Универсальные регулятивные учебные действия: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i/>
          <w:sz w:val="24"/>
          <w:lang w:val="ru-RU"/>
        </w:rPr>
        <w:t>1)  Самоорганизация: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240" w:right="86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i/>
          <w:sz w:val="24"/>
          <w:lang w:val="ru-RU"/>
        </w:rPr>
        <w:t>2)  Самоконтроль: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ind w:left="24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:rsidR="0045176C" w:rsidRPr="006D1E72" w:rsidRDefault="0045176C" w:rsidP="0030650B">
      <w:pPr>
        <w:jc w:val="both"/>
        <w:rPr>
          <w:lang w:val="ru-RU"/>
        </w:rPr>
        <w:sectPr w:rsidR="0045176C" w:rsidRPr="006D1E72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:rsidR="0045176C" w:rsidRPr="006D1E72" w:rsidRDefault="0045176C" w:rsidP="0030650B">
      <w:pPr>
        <w:autoSpaceDE w:val="0"/>
        <w:autoSpaceDN w:val="0"/>
        <w:spacing w:after="144" w:line="220" w:lineRule="exact"/>
        <w:jc w:val="both"/>
        <w:rPr>
          <w:lang w:val="ru-RU"/>
        </w:rPr>
      </w:pPr>
    </w:p>
    <w:p w:rsidR="0045176C" w:rsidRPr="006D1E72" w:rsidRDefault="007D595A" w:rsidP="0030650B">
      <w:pPr>
        <w:autoSpaceDE w:val="0"/>
        <w:autoSpaceDN w:val="0"/>
        <w:spacing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i/>
          <w:sz w:val="24"/>
          <w:lang w:val="ru-RU"/>
        </w:rPr>
        <w:t>3)  Самооценка:</w:t>
      </w:r>
    </w:p>
    <w:p w:rsidR="0045176C" w:rsidRPr="006D1E72" w:rsidRDefault="007D595A" w:rsidP="0030650B">
      <w:pPr>
        <w:autoSpaceDE w:val="0"/>
        <w:autoSpaceDN w:val="0"/>
        <w:spacing w:before="178" w:after="0" w:line="271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:rsidR="0045176C" w:rsidRPr="006D1E72" w:rsidRDefault="007D595A" w:rsidP="0030650B">
      <w:pPr>
        <w:autoSpaceDE w:val="0"/>
        <w:autoSpaceDN w:val="0"/>
        <w:spacing w:before="180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Совместная деятельность:</w:t>
      </w:r>
    </w:p>
    <w:p w:rsidR="0045176C" w:rsidRPr="006D1E72" w:rsidRDefault="007D595A" w:rsidP="0030650B">
      <w:pPr>
        <w:autoSpaceDE w:val="0"/>
        <w:autoSpaceDN w:val="0"/>
        <w:spacing w:before="180" w:after="0" w:line="271" w:lineRule="auto"/>
        <w:ind w:left="420" w:right="7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28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45176C" w:rsidRPr="006D1E72" w:rsidRDefault="007D595A" w:rsidP="0030650B">
      <w:pPr>
        <w:autoSpaceDE w:val="0"/>
        <w:autoSpaceDN w:val="0"/>
        <w:spacing w:before="322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ПРЕДМЕТНЫЕ РЕЗУЛЬТАТЫ</w:t>
      </w:r>
    </w:p>
    <w:p w:rsidR="0045176C" w:rsidRPr="006D1E72" w:rsidRDefault="007D595A" w:rsidP="0030650B">
      <w:pPr>
        <w:autoSpaceDE w:val="0"/>
        <w:autoSpaceDN w:val="0"/>
        <w:spacing w:before="166" w:after="0" w:line="230" w:lineRule="auto"/>
        <w:ind w:left="18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>К концу обучения во 2</w:t>
      </w:r>
      <w:r w:rsidR="0030650B" w:rsidRPr="006D1E72">
        <w:rPr>
          <w:rFonts w:ascii="Times New Roman" w:hAnsi="Times New Roman"/>
          <w:sz w:val="24"/>
          <w:lang w:val="ru-RU"/>
        </w:rPr>
        <w:t xml:space="preserve"> </w:t>
      </w:r>
      <w:proofErr w:type="gramStart"/>
      <w:r w:rsidRPr="006D1E72">
        <w:rPr>
          <w:rFonts w:ascii="Times New Roman" w:hAnsi="Times New Roman"/>
          <w:sz w:val="24"/>
          <w:lang w:val="ru-RU"/>
        </w:rPr>
        <w:t>классе  обучающийся</w:t>
      </w:r>
      <w:proofErr w:type="gramEnd"/>
      <w:r w:rsidRPr="006D1E72">
        <w:rPr>
          <w:rFonts w:ascii="Times New Roman" w:hAnsi="Times New Roman"/>
          <w:sz w:val="24"/>
          <w:lang w:val="ru-RU"/>
        </w:rPr>
        <w:t xml:space="preserve"> научится:</w:t>
      </w:r>
    </w:p>
    <w:p w:rsidR="0045176C" w:rsidRPr="006D1E72" w:rsidRDefault="007D595A" w:rsidP="0030650B">
      <w:pPr>
        <w:autoSpaceDE w:val="0"/>
        <w:autoSpaceDN w:val="0"/>
        <w:spacing w:before="178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читать, записывать, сравнивать, упорядочивать числа в пределах 100;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находить число большее/меньшее данного числа на заданное число (в пределах 100); большее данного числа в заданное число раз (в пределах 20);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576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288" w:right="86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выполнять арифметические действия: сложение и вычитание, в пределах 100 устно и письменно; умножение и деление в пределах 50 с использованием таблицы умножения; </w:t>
      </w:r>
    </w:p>
    <w:p w:rsidR="0045176C" w:rsidRPr="006D1E72" w:rsidRDefault="007D595A" w:rsidP="0030650B">
      <w:pPr>
        <w:autoSpaceDE w:val="0"/>
        <w:autoSpaceDN w:val="0"/>
        <w:spacing w:before="192" w:after="0" w:line="262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называть и различать компоненты действий умножения (множители, произведение); деления (делимое, делитель, частное); </w:t>
      </w:r>
    </w:p>
    <w:p w:rsidR="0045176C" w:rsidRPr="006D1E72" w:rsidRDefault="007D595A" w:rsidP="0030650B">
      <w:pPr>
        <w:autoSpaceDE w:val="0"/>
        <w:autoSpaceDN w:val="0"/>
        <w:spacing w:before="192" w:after="0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находить неизвестный компонент сложения, вычитания; 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</w:t>
      </w:r>
      <w:proofErr w:type="gramStart"/>
      <w:r w:rsidRPr="006D1E72">
        <w:rPr>
          <w:rFonts w:ascii="Times New Roman" w:hAnsi="Times New Roman"/>
          <w:sz w:val="24"/>
          <w:lang w:val="ru-RU"/>
        </w:rPr>
        <w:t>величин  в</w:t>
      </w:r>
      <w:proofErr w:type="gramEnd"/>
      <w:r w:rsidRPr="006D1E72">
        <w:rPr>
          <w:rFonts w:ascii="Times New Roman" w:hAnsi="Times New Roman"/>
          <w:sz w:val="24"/>
          <w:lang w:val="ru-RU"/>
        </w:rPr>
        <w:t xml:space="preserve"> другие; </w:t>
      </w:r>
    </w:p>
    <w:p w:rsidR="0045176C" w:rsidRPr="006D1E72" w:rsidRDefault="007D595A" w:rsidP="0030650B">
      <w:pPr>
        <w:autoSpaceDE w:val="0"/>
        <w:autoSpaceDN w:val="0"/>
        <w:spacing w:before="190" w:after="0" w:line="271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на»;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решать текстовые задачи в одно-два действия: представлять задачу (краткая запись, рисунок, таблица или другая модель); </w:t>
      </w:r>
    </w:p>
    <w:p w:rsidR="0045176C" w:rsidRPr="006D1E72" w:rsidRDefault="007D595A" w:rsidP="0030650B">
      <w:pPr>
        <w:autoSpaceDE w:val="0"/>
        <w:autoSpaceDN w:val="0"/>
        <w:spacing w:before="190" w:after="0" w:line="262" w:lineRule="auto"/>
        <w:ind w:left="420" w:right="1296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планировать ход решения текстовой задачи в два действия, оформлять его в виде арифметического действия/действий, записывать ответ; </w:t>
      </w:r>
    </w:p>
    <w:p w:rsidR="0045176C" w:rsidRPr="006D1E72" w:rsidRDefault="007D595A" w:rsidP="0030650B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различать и называть геометрические фигуры: прямой угол; ломаную, многоугольник; </w:t>
      </w:r>
    </w:p>
    <w:p w:rsidR="0045176C" w:rsidRPr="006D1E72" w:rsidRDefault="0045176C" w:rsidP="0030650B">
      <w:pPr>
        <w:jc w:val="both"/>
        <w:rPr>
          <w:lang w:val="ru-RU"/>
        </w:rPr>
        <w:sectPr w:rsidR="0045176C" w:rsidRPr="006D1E72">
          <w:pgSz w:w="11900" w:h="16840"/>
          <w:pgMar w:top="364" w:right="760" w:bottom="312" w:left="666" w:header="720" w:footer="720" w:gutter="0"/>
          <w:cols w:space="720" w:equalWidth="0">
            <w:col w:w="10474" w:space="0"/>
          </w:cols>
          <w:docGrid w:linePitch="360"/>
        </w:sectPr>
      </w:pPr>
    </w:p>
    <w:p w:rsidR="0045176C" w:rsidRPr="006D1E72" w:rsidRDefault="0045176C" w:rsidP="0030650B">
      <w:pPr>
        <w:autoSpaceDE w:val="0"/>
        <w:autoSpaceDN w:val="0"/>
        <w:spacing w:after="132" w:line="220" w:lineRule="exact"/>
        <w:jc w:val="both"/>
        <w:rPr>
          <w:lang w:val="ru-RU"/>
        </w:rPr>
      </w:pPr>
    </w:p>
    <w:p w:rsidR="0045176C" w:rsidRPr="006D1E72" w:rsidRDefault="007D595A" w:rsidP="0030650B">
      <w:pPr>
        <w:autoSpaceDE w:val="0"/>
        <w:autoSpaceDN w:val="0"/>
        <w:spacing w:after="0" w:line="353" w:lineRule="auto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—  выделять среди четырехугольников прямоугольники, квадраты;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—  на бумаге в клетку изображать ломаную, многоугольник; чертить прямой угол,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прямоугольник с заданными длинами сторон;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—  использовать для выполнения построений линейку, угольник;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—  выполнять измерение длин реальных объектов с помощью линейки; находить длину ломаной, состоящей из двух-трёх звеньев, периметр прямоугольника (квадрата);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—  распознавать верные (истинные) и неверные (ложные) утверждения со словами «все»,«каждый»;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—  проводить одно-двухшаговые логические рассуждения и делать выводы;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—  находить общий признак группы математических объектов (чисел, величин, геометрических фигур);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—  находить закономерность в ряду объектов (чисел, геометрических фигур);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—  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геометрических фигур);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>—  сравнивать группы объектов (находить общее, различное);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—  обнаруживать модели геометрических фигур в окружающем мире; подбирать примеры, подтверждающие суждение, ответ;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—  составлять (дополнять) текстовую задачу;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>—  проверять правильность вычислений.</w:t>
      </w:r>
    </w:p>
    <w:p w:rsidR="0045176C" w:rsidRPr="006D1E72" w:rsidRDefault="0045176C" w:rsidP="0030650B">
      <w:pPr>
        <w:jc w:val="both"/>
        <w:rPr>
          <w:lang w:val="ru-RU"/>
        </w:rPr>
        <w:sectPr w:rsidR="0045176C" w:rsidRPr="006D1E72">
          <w:pgSz w:w="11900" w:h="16840"/>
          <w:pgMar w:top="352" w:right="752" w:bottom="1440" w:left="1086" w:header="720" w:footer="720" w:gutter="0"/>
          <w:cols w:space="720" w:equalWidth="0">
            <w:col w:w="10062" w:space="0"/>
          </w:cols>
          <w:docGrid w:linePitch="360"/>
        </w:sectPr>
      </w:pPr>
    </w:p>
    <w:p w:rsidR="0045176C" w:rsidRPr="006D1E72" w:rsidRDefault="0045176C" w:rsidP="0030650B">
      <w:pPr>
        <w:autoSpaceDE w:val="0"/>
        <w:autoSpaceDN w:val="0"/>
        <w:spacing w:after="64" w:line="220" w:lineRule="exact"/>
        <w:jc w:val="both"/>
        <w:rPr>
          <w:lang w:val="ru-RU"/>
        </w:rPr>
      </w:pPr>
    </w:p>
    <w:p w:rsidR="00833826" w:rsidRPr="0043342D" w:rsidRDefault="00833826" w:rsidP="00833826">
      <w:pPr>
        <w:spacing w:before="80"/>
        <w:ind w:left="106"/>
        <w:jc w:val="center"/>
        <w:rPr>
          <w:rFonts w:ascii="Times New Roman" w:hAnsi="Times New Roman"/>
          <w:b/>
          <w:sz w:val="24"/>
          <w:szCs w:val="24"/>
        </w:rPr>
      </w:pPr>
      <w:r w:rsidRPr="0043342D">
        <w:rPr>
          <w:rFonts w:ascii="Times New Roman" w:hAnsi="Times New Roman"/>
          <w:b/>
          <w:sz w:val="24"/>
          <w:szCs w:val="24"/>
        </w:rPr>
        <w:t>ТЕМАТИЧЕСКОЕПЛАНИРОВАНИЕ</w:t>
      </w:r>
    </w:p>
    <w:p w:rsidR="00833826" w:rsidRPr="0043342D" w:rsidRDefault="00833826" w:rsidP="00833826">
      <w:pPr>
        <w:pStyle w:val="af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2 класс</w:t>
      </w:r>
    </w:p>
    <w:p w:rsidR="00833826" w:rsidRPr="0043342D" w:rsidRDefault="00833826" w:rsidP="00833826">
      <w:pPr>
        <w:pStyle w:val="af"/>
        <w:spacing w:before="7" w:after="1"/>
        <w:rPr>
          <w:rFonts w:ascii="Times New Roman" w:hAnsi="Times New Roman"/>
          <w:b/>
          <w:sz w:val="24"/>
          <w:szCs w:val="2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562"/>
        <w:gridCol w:w="528"/>
        <w:gridCol w:w="1104"/>
        <w:gridCol w:w="1140"/>
        <w:gridCol w:w="804"/>
        <w:gridCol w:w="3830"/>
        <w:gridCol w:w="1080"/>
        <w:gridCol w:w="1981"/>
      </w:tblGrid>
      <w:tr w:rsidR="00833826" w:rsidRPr="0043342D" w:rsidTr="0065766B">
        <w:trPr>
          <w:trHeight w:val="333"/>
        </w:trPr>
        <w:tc>
          <w:tcPr>
            <w:tcW w:w="468" w:type="dxa"/>
            <w:vMerge w:val="restart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right="134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№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п/п</w:t>
            </w:r>
          </w:p>
        </w:tc>
        <w:tc>
          <w:tcPr>
            <w:tcW w:w="4562" w:type="dxa"/>
            <w:vMerge w:val="restart"/>
          </w:tcPr>
          <w:p w:rsidR="00833826" w:rsidRPr="0043342D" w:rsidRDefault="00833826" w:rsidP="0065766B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Наименованиеразделовитемпрограммы</w:t>
            </w:r>
          </w:p>
        </w:tc>
        <w:tc>
          <w:tcPr>
            <w:tcW w:w="2772" w:type="dxa"/>
            <w:gridSpan w:val="3"/>
          </w:tcPr>
          <w:p w:rsidR="00833826" w:rsidRPr="0043342D" w:rsidRDefault="00833826" w:rsidP="0065766B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43342D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804" w:type="dxa"/>
            <w:vMerge w:val="restart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79" w:right="39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Дата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изучения</w:t>
            </w:r>
          </w:p>
        </w:tc>
        <w:tc>
          <w:tcPr>
            <w:tcW w:w="3830" w:type="dxa"/>
            <w:vMerge w:val="restart"/>
          </w:tcPr>
          <w:p w:rsidR="00833826" w:rsidRPr="0043342D" w:rsidRDefault="00833826" w:rsidP="0065766B">
            <w:pPr>
              <w:pStyle w:val="TableParagraph"/>
              <w:spacing w:before="74"/>
              <w:ind w:left="79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Видыдеятельности</w:t>
            </w:r>
          </w:p>
        </w:tc>
        <w:tc>
          <w:tcPr>
            <w:tcW w:w="1080" w:type="dxa"/>
            <w:vMerge w:val="restart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79" w:right="296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Виды,формы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контроля</w:t>
            </w:r>
          </w:p>
        </w:tc>
        <w:tc>
          <w:tcPr>
            <w:tcW w:w="1981" w:type="dxa"/>
            <w:vMerge w:val="restart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80" w:right="648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Электронные(цифровые)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43342D">
              <w:rPr>
                <w:b/>
                <w:w w:val="105"/>
                <w:sz w:val="24"/>
                <w:szCs w:val="24"/>
              </w:rPr>
              <w:t>ресурсы</w:t>
            </w:r>
          </w:p>
        </w:tc>
      </w:tr>
      <w:tr w:rsidR="00833826" w:rsidRPr="0043342D" w:rsidTr="0065766B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833826" w:rsidRPr="0043342D" w:rsidRDefault="00833826" w:rsidP="00657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  <w:vMerge/>
            <w:tcBorders>
              <w:top w:val="nil"/>
            </w:tcBorders>
          </w:tcPr>
          <w:p w:rsidR="00833826" w:rsidRPr="0043342D" w:rsidRDefault="00833826" w:rsidP="00657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77" w:right="43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43342D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78" w:right="43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43342D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833826" w:rsidRPr="0043342D" w:rsidRDefault="00833826" w:rsidP="00657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vMerge/>
            <w:tcBorders>
              <w:top w:val="nil"/>
            </w:tcBorders>
          </w:tcPr>
          <w:p w:rsidR="00833826" w:rsidRPr="0043342D" w:rsidRDefault="00833826" w:rsidP="00657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833826" w:rsidRPr="0043342D" w:rsidRDefault="00833826" w:rsidP="00657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833826" w:rsidRPr="0043342D" w:rsidRDefault="00833826" w:rsidP="00657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826" w:rsidRPr="0043342D" w:rsidTr="0065766B">
        <w:trPr>
          <w:trHeight w:val="333"/>
        </w:trPr>
        <w:tc>
          <w:tcPr>
            <w:tcW w:w="15497" w:type="dxa"/>
            <w:gridSpan w:val="9"/>
          </w:tcPr>
          <w:p w:rsidR="00833826" w:rsidRPr="0043342D" w:rsidRDefault="00833826" w:rsidP="0065766B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Раздел1.</w:t>
            </w:r>
            <w:r w:rsidRPr="0043342D">
              <w:rPr>
                <w:b/>
                <w:w w:val="105"/>
                <w:sz w:val="24"/>
                <w:szCs w:val="24"/>
              </w:rPr>
              <w:t>Числа</w:t>
            </w:r>
          </w:p>
        </w:tc>
      </w:tr>
      <w:tr w:rsidR="00833826" w:rsidRPr="0043342D" w:rsidTr="00833826">
        <w:trPr>
          <w:trHeight w:val="978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Числавпределах100:чтение,запись,десятичныйсостав,сравнение.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79" w:right="18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Устная и письменная работа с числами: чтение,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составление, сравнение, изменение; </w:t>
            </w:r>
            <w:r w:rsidRPr="0043342D">
              <w:rPr>
                <w:w w:val="105"/>
                <w:sz w:val="24"/>
                <w:szCs w:val="24"/>
              </w:rPr>
              <w:t>счёт единицами,двойками, тройками от заданного числа в порядкеубывания/возрастания;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 xml:space="preserve">цифровыхобразовательныхресурсов (или </w:t>
            </w:r>
            <w:r w:rsidRPr="0043342D">
              <w:rPr>
                <w:w w:val="105"/>
                <w:sz w:val="24"/>
                <w:szCs w:val="24"/>
              </w:rPr>
              <w:lastRenderedPageBreak/>
              <w:t>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7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1.2.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Запись равенства, неравенства. Увеличение/уменьшение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числананесколькоединиц/десятков;</w:t>
            </w:r>
            <w:r w:rsidRPr="0043342D">
              <w:rPr>
                <w:b/>
                <w:w w:val="105"/>
                <w:sz w:val="24"/>
                <w:szCs w:val="24"/>
              </w:rPr>
              <w:t>разностноесравнениечисел.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79" w:right="18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Устная и письменная работа с числами: чтение,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составление, сравнение, изменение; </w:t>
            </w:r>
            <w:r w:rsidRPr="0043342D">
              <w:rPr>
                <w:w w:val="105"/>
                <w:sz w:val="24"/>
                <w:szCs w:val="24"/>
              </w:rPr>
              <w:t>счёт единицами,двойками, тройками от заданного числа в порядкеубывания/возрастания;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8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Чётныеинечётныечисла.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74"/>
              <w:ind w:left="7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Оформлениематематических</w:t>
            </w:r>
            <w:r w:rsidRPr="0043342D">
              <w:rPr>
                <w:w w:val="105"/>
                <w:sz w:val="24"/>
                <w:szCs w:val="24"/>
              </w:rPr>
              <w:t>записей;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7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9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1.4.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Представлениечиславвидесуммыразрядных</w:t>
            </w:r>
            <w:r w:rsidRPr="0043342D">
              <w:rPr>
                <w:b/>
                <w:w w:val="105"/>
                <w:sz w:val="24"/>
                <w:szCs w:val="24"/>
              </w:rPr>
              <w:t>слагаемых</w:t>
            </w:r>
            <w:r w:rsidRPr="0043342D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Учебный диалог: формулирование предположения о</w:t>
            </w:r>
            <w:r w:rsidRPr="0043342D">
              <w:rPr>
                <w:spacing w:val="-1"/>
                <w:w w:val="105"/>
                <w:sz w:val="24"/>
                <w:szCs w:val="24"/>
              </w:rPr>
              <w:t>результатесравнения</w:t>
            </w:r>
            <w:r w:rsidRPr="0043342D">
              <w:rPr>
                <w:w w:val="105"/>
                <w:sz w:val="24"/>
                <w:szCs w:val="24"/>
              </w:rPr>
              <w:t>чисел,егословесноеобъяснение(устно,письменно);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«Математика», 2класс (Диск </w:t>
            </w:r>
            <w:r w:rsidRPr="0043342D">
              <w:rPr>
                <w:w w:val="105"/>
                <w:sz w:val="24"/>
                <w:szCs w:val="24"/>
              </w:rPr>
              <w:lastRenderedPageBreak/>
              <w:t>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10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833826">
        <w:trPr>
          <w:trHeight w:val="1538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1.5.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Работасматематическойтерминологией</w:t>
            </w:r>
            <w:r w:rsidRPr="0043342D">
              <w:rPr>
                <w:b/>
                <w:w w:val="105"/>
                <w:sz w:val="24"/>
                <w:szCs w:val="24"/>
              </w:rPr>
              <w:t>(однозначное,двузначное, чётное-нечётное число; число ицифра;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компоненты</w:t>
            </w:r>
            <w:r w:rsidRPr="0043342D">
              <w:rPr>
                <w:b/>
                <w:w w:val="105"/>
                <w:sz w:val="24"/>
                <w:szCs w:val="24"/>
              </w:rPr>
              <w:t>арифметическогодействия,ихназвание)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Учебный диалог: формулирование предположения о</w:t>
            </w:r>
            <w:r w:rsidRPr="0043342D">
              <w:rPr>
                <w:spacing w:val="-1"/>
                <w:w w:val="105"/>
                <w:sz w:val="24"/>
                <w:szCs w:val="24"/>
              </w:rPr>
              <w:t>результатесравнения</w:t>
            </w:r>
            <w:r w:rsidRPr="0043342D">
              <w:rPr>
                <w:w w:val="105"/>
                <w:sz w:val="24"/>
                <w:szCs w:val="24"/>
              </w:rPr>
              <w:t>чисел,егословесноеобъяснение(устно,письменно);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62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Контрольнаяработа;Зачет;</w:t>
            </w: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</w:t>
            </w:r>
            <w:r w:rsidRPr="0043342D">
              <w:rPr>
                <w:w w:val="105"/>
                <w:sz w:val="24"/>
                <w:szCs w:val="24"/>
              </w:rPr>
              <w:lastRenderedPageBreak/>
              <w:t>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11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333"/>
        </w:trPr>
        <w:tc>
          <w:tcPr>
            <w:tcW w:w="5030" w:type="dxa"/>
            <w:gridSpan w:val="2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10</w:t>
            </w:r>
          </w:p>
        </w:tc>
        <w:tc>
          <w:tcPr>
            <w:tcW w:w="9939" w:type="dxa"/>
            <w:gridSpan w:val="6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833826" w:rsidRPr="0043342D" w:rsidTr="0065766B">
        <w:trPr>
          <w:trHeight w:val="333"/>
        </w:trPr>
        <w:tc>
          <w:tcPr>
            <w:tcW w:w="15497" w:type="dxa"/>
            <w:gridSpan w:val="9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Раздел2.</w:t>
            </w:r>
            <w:r w:rsidRPr="0043342D">
              <w:rPr>
                <w:b/>
                <w:w w:val="105"/>
                <w:sz w:val="24"/>
                <w:szCs w:val="24"/>
              </w:rPr>
              <w:t>Величины</w:t>
            </w:r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2.1.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68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Работасвеличинами:сравнениепомассе(единицамассы—килограмм); измерение длины (единицы длины — метр,дециметр, сантиметр, миллиметр), времени (единицывремени—час,минута).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8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Различение единиц измерения одной и той же</w:t>
            </w:r>
            <w:r w:rsidRPr="0043342D">
              <w:rPr>
                <w:spacing w:val="-1"/>
                <w:w w:val="105"/>
                <w:sz w:val="24"/>
                <w:szCs w:val="24"/>
              </w:rPr>
              <w:t>величины,установление</w:t>
            </w:r>
            <w:r w:rsidRPr="0043342D">
              <w:rPr>
                <w:w w:val="105"/>
                <w:sz w:val="24"/>
                <w:szCs w:val="24"/>
              </w:rPr>
              <w:t>междунимиотношения(больше, меньше, равно), запись результатасравнения;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12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Соотношениямеждуединицамивеличины(впределах100),решениепрактическихзадач.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/>
              <w:ind w:left="7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Обсуждениепрактических</w:t>
            </w:r>
            <w:r w:rsidRPr="0043342D">
              <w:rPr>
                <w:w w:val="105"/>
                <w:sz w:val="24"/>
                <w:szCs w:val="24"/>
              </w:rPr>
              <w:t>ситуаций;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13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2.3.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Измерениевеличин.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8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Различение единиц измерения одной и той же</w:t>
            </w:r>
            <w:r w:rsidRPr="0043342D">
              <w:rPr>
                <w:spacing w:val="-1"/>
                <w:w w:val="105"/>
                <w:sz w:val="24"/>
                <w:szCs w:val="24"/>
              </w:rPr>
              <w:t>величины,установление</w:t>
            </w:r>
            <w:r w:rsidRPr="0043342D">
              <w:rPr>
                <w:w w:val="105"/>
                <w:sz w:val="24"/>
                <w:szCs w:val="24"/>
              </w:rPr>
              <w:t>междунимиотношения(больше, меньше, равно), запись результатасравнения;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«Математика», 2класс (Диск </w:t>
            </w:r>
            <w:r w:rsidRPr="0043342D">
              <w:rPr>
                <w:w w:val="105"/>
                <w:sz w:val="24"/>
                <w:szCs w:val="24"/>
              </w:rPr>
              <w:lastRenderedPageBreak/>
              <w:t>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14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833826">
        <w:trPr>
          <w:trHeight w:val="1538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2.4.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Сравнениеиупорядочение</w:t>
            </w:r>
            <w:r w:rsidRPr="0043342D">
              <w:rPr>
                <w:b/>
                <w:w w:val="105"/>
                <w:sz w:val="24"/>
                <w:szCs w:val="24"/>
              </w:rPr>
              <w:t>однородныхвеличин.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1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Проектные задания с величинами, напримервременем: чтение расписания, графика работы;</w:t>
            </w:r>
            <w:r w:rsidRPr="0043342D">
              <w:rPr>
                <w:spacing w:val="-1"/>
                <w:w w:val="105"/>
                <w:sz w:val="24"/>
                <w:szCs w:val="24"/>
              </w:rPr>
              <w:t>составлениесхемы</w:t>
            </w:r>
            <w:r w:rsidRPr="0043342D">
              <w:rPr>
                <w:w w:val="105"/>
                <w:sz w:val="24"/>
                <w:szCs w:val="24"/>
              </w:rPr>
              <w:t>дляопределенияотрезкавремени;установление соотношения между единицамивремени:годом,месяцем,неделей,сутками;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05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Контрольная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</w:t>
            </w:r>
            <w:r w:rsidRPr="0043342D">
              <w:rPr>
                <w:w w:val="105"/>
                <w:sz w:val="24"/>
                <w:szCs w:val="24"/>
              </w:rPr>
              <w:lastRenderedPageBreak/>
              <w:t>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15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333"/>
        </w:trPr>
        <w:tc>
          <w:tcPr>
            <w:tcW w:w="5030" w:type="dxa"/>
            <w:gridSpan w:val="2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11</w:t>
            </w:r>
          </w:p>
        </w:tc>
        <w:tc>
          <w:tcPr>
            <w:tcW w:w="9939" w:type="dxa"/>
            <w:gridSpan w:val="6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833826" w:rsidRPr="0043342D" w:rsidTr="0065766B">
        <w:trPr>
          <w:trHeight w:val="333"/>
        </w:trPr>
        <w:tc>
          <w:tcPr>
            <w:tcW w:w="15497" w:type="dxa"/>
            <w:gridSpan w:val="9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Раздел3.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Арифметические</w:t>
            </w:r>
            <w:r w:rsidRPr="0043342D">
              <w:rPr>
                <w:b/>
                <w:w w:val="105"/>
                <w:sz w:val="24"/>
                <w:szCs w:val="24"/>
              </w:rPr>
              <w:t>действия</w:t>
            </w:r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3.1.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Устноесложениеивычитаниечиселвпределах100безпереходаиспереходомчерезразряд.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54"/>
              <w:rPr>
                <w:sz w:val="24"/>
                <w:szCs w:val="24"/>
              </w:rPr>
            </w:pPr>
            <w:proofErr w:type="gramStart"/>
            <w:r w:rsidRPr="0043342D">
              <w:rPr>
                <w:spacing w:val="-1"/>
                <w:w w:val="105"/>
                <w:sz w:val="24"/>
                <w:szCs w:val="24"/>
              </w:rPr>
              <w:t>Упражнения:различениеприёмов</w:t>
            </w:r>
            <w:r w:rsidRPr="0043342D">
              <w:rPr>
                <w:w w:val="105"/>
                <w:sz w:val="24"/>
                <w:szCs w:val="24"/>
              </w:rPr>
              <w:t>вычисления</w:t>
            </w:r>
            <w:proofErr w:type="gramEnd"/>
            <w:r w:rsidRPr="0043342D">
              <w:rPr>
                <w:w w:val="105"/>
                <w:sz w:val="24"/>
                <w:szCs w:val="24"/>
              </w:rPr>
              <w:t>(устныеи письменные). Выбор удобного способа выполнениядействия;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16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331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Письменное сложение и вычитание чисел в пределах 100.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 xml:space="preserve">Переместительное, </w:t>
            </w:r>
            <w:r w:rsidRPr="0043342D">
              <w:rPr>
                <w:b/>
                <w:w w:val="105"/>
                <w:sz w:val="24"/>
                <w:szCs w:val="24"/>
              </w:rPr>
              <w:t>сочетательное свойства сложения, ихприменениедлявычислений.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89"/>
              <w:rPr>
                <w:sz w:val="24"/>
                <w:szCs w:val="24"/>
              </w:rPr>
            </w:pPr>
            <w:proofErr w:type="gramStart"/>
            <w:r w:rsidRPr="0043342D">
              <w:rPr>
                <w:spacing w:val="-1"/>
                <w:w w:val="105"/>
                <w:sz w:val="24"/>
                <w:szCs w:val="24"/>
              </w:rPr>
              <w:t>Практическаядеятельность:</w:t>
            </w:r>
            <w:r w:rsidRPr="0043342D">
              <w:rPr>
                <w:w w:val="105"/>
                <w:sz w:val="24"/>
                <w:szCs w:val="24"/>
              </w:rPr>
              <w:t>устныеиписьменныеприёмы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вычислений. Прикидка результатавыполнениядействия;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17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3.3.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proofErr w:type="gramStart"/>
            <w:r w:rsidRPr="0043342D">
              <w:rPr>
                <w:b/>
                <w:spacing w:val="-1"/>
                <w:w w:val="105"/>
                <w:sz w:val="24"/>
                <w:szCs w:val="24"/>
              </w:rPr>
              <w:t>Взаимосвязькомпонентовирезультата</w:t>
            </w:r>
            <w:r w:rsidRPr="0043342D">
              <w:rPr>
                <w:b/>
                <w:w w:val="105"/>
                <w:sz w:val="24"/>
                <w:szCs w:val="24"/>
              </w:rPr>
              <w:t>действиясложения,действия</w:t>
            </w:r>
            <w:proofErr w:type="gramEnd"/>
            <w:r w:rsidRPr="0043342D">
              <w:rPr>
                <w:b/>
                <w:w w:val="105"/>
                <w:sz w:val="24"/>
                <w:szCs w:val="24"/>
              </w:rPr>
              <w:t xml:space="preserve"> вычитания. Проверка результата вычисления(реальностьответа,обратноедействие).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14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Комментирование хода выполнения арифметического</w:t>
            </w:r>
            <w:r w:rsidRPr="0043342D">
              <w:rPr>
                <w:w w:val="105"/>
                <w:sz w:val="24"/>
                <w:szCs w:val="24"/>
              </w:rPr>
              <w:t>действия с использованием математическойтерминологии (десятки, единицы, сумма, разность идр.);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«Математика», 2класс (Диск </w:t>
            </w:r>
            <w:r w:rsidRPr="0043342D">
              <w:rPr>
                <w:w w:val="105"/>
                <w:sz w:val="24"/>
                <w:szCs w:val="24"/>
              </w:rPr>
              <w:lastRenderedPageBreak/>
              <w:t>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18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833826">
        <w:trPr>
          <w:trHeight w:val="1538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3.4.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68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Действия умножения и  деления чисел. Взаимосвязь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сложенияиумножения.</w:t>
            </w:r>
            <w:r w:rsidRPr="0043342D">
              <w:rPr>
                <w:b/>
                <w:w w:val="105"/>
                <w:sz w:val="24"/>
                <w:szCs w:val="24"/>
              </w:rPr>
              <w:t>Иллюстрацияумноженияспомощьюпредметноймоделисюжетнойситуации.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14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Комментирование хода выполнения арифметического</w:t>
            </w:r>
            <w:r w:rsidRPr="0043342D">
              <w:rPr>
                <w:w w:val="105"/>
                <w:sz w:val="24"/>
                <w:szCs w:val="24"/>
              </w:rPr>
              <w:t>действия с использованием математическойтерминологии (десятки, единицы, сумма, разность идр.);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</w:t>
            </w:r>
            <w:r w:rsidRPr="0043342D">
              <w:rPr>
                <w:w w:val="105"/>
                <w:sz w:val="24"/>
                <w:szCs w:val="24"/>
              </w:rPr>
              <w:lastRenderedPageBreak/>
              <w:t>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19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3.5.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b/>
                <w:spacing w:val="-2"/>
                <w:w w:val="105"/>
                <w:sz w:val="24"/>
                <w:szCs w:val="24"/>
              </w:rPr>
              <w:t>Названия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компонентовдействийумножения,деления</w:t>
            </w:r>
            <w:r w:rsidRPr="0043342D">
              <w:rPr>
                <w:spacing w:val="-1"/>
                <w:w w:val="105"/>
                <w:sz w:val="24"/>
                <w:szCs w:val="24"/>
              </w:rPr>
              <w:t>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14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Комментирование хода выполнения арифметического</w:t>
            </w:r>
            <w:r w:rsidRPr="0043342D">
              <w:rPr>
                <w:w w:val="105"/>
                <w:sz w:val="24"/>
                <w:szCs w:val="24"/>
              </w:rPr>
              <w:t>действия с использованием математическойтерминологии (десятки, единицы, сумма, разность идр.);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20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lastRenderedPageBreak/>
              <w:t>3.6.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418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Табличное умножение в пределах 50. Табличные случаиумножения,деленияпривычисленияхирешениизадач.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7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Учебныйдиалог:</w:t>
            </w:r>
            <w:r w:rsidRPr="0043342D">
              <w:rPr>
                <w:w w:val="105"/>
                <w:sz w:val="24"/>
                <w:szCs w:val="24"/>
              </w:rPr>
              <w:t>участиевобсуждениивозможныхошибокввыполненииарифметическихдействий;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21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3.7.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Умножениена1,на0(поправилу).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72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 xml:space="preserve">Пропедевтика исследовательской работы: </w:t>
            </w:r>
            <w:r w:rsidRPr="0043342D">
              <w:rPr>
                <w:w w:val="105"/>
                <w:sz w:val="24"/>
                <w:szCs w:val="24"/>
              </w:rPr>
              <w:t>выполнениезадания разными способами (вычисления с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использованием </w:t>
            </w:r>
            <w:r w:rsidRPr="0043342D">
              <w:rPr>
                <w:w w:val="105"/>
                <w:sz w:val="24"/>
                <w:szCs w:val="24"/>
              </w:rPr>
              <w:t>переместительного, сочетательногосвойств сложения).Объяснение с помощью модели</w:t>
            </w:r>
            <w:r w:rsidRPr="0043342D">
              <w:rPr>
                <w:spacing w:val="-1"/>
                <w:w w:val="105"/>
                <w:sz w:val="24"/>
                <w:szCs w:val="24"/>
              </w:rPr>
              <w:t>приёмовнахождениясуммы,</w:t>
            </w:r>
            <w:r w:rsidRPr="0043342D">
              <w:rPr>
                <w:w w:val="105"/>
                <w:sz w:val="24"/>
                <w:szCs w:val="24"/>
              </w:rPr>
              <w:t>разности.Использованиеправил(умноженияна0,на1)привычисл</w:t>
            </w:r>
            <w:r w:rsidRPr="0043342D">
              <w:rPr>
                <w:w w:val="105"/>
                <w:sz w:val="24"/>
                <w:szCs w:val="24"/>
              </w:rPr>
              <w:lastRenderedPageBreak/>
              <w:t>ении;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lastRenderedPageBreak/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«Математика», 2класс (Диск </w:t>
            </w:r>
            <w:r w:rsidRPr="0043342D">
              <w:rPr>
                <w:w w:val="105"/>
                <w:sz w:val="24"/>
                <w:szCs w:val="24"/>
              </w:rPr>
              <w:lastRenderedPageBreak/>
              <w:t>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22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833826">
        <w:trPr>
          <w:trHeight w:val="1538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3.8.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Переместительноесвойствоумножения.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72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 xml:space="preserve">Пропедевтика исследовательской работы: </w:t>
            </w:r>
            <w:r w:rsidRPr="0043342D">
              <w:rPr>
                <w:w w:val="105"/>
                <w:sz w:val="24"/>
                <w:szCs w:val="24"/>
              </w:rPr>
              <w:t>выполнениезадания разными способами (вычисления с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использованием </w:t>
            </w:r>
            <w:r w:rsidRPr="0043342D">
              <w:rPr>
                <w:w w:val="105"/>
                <w:sz w:val="24"/>
                <w:szCs w:val="24"/>
              </w:rPr>
              <w:t>переместительного, сочетательногосвойств сложения).Объяснение с помощью модели</w:t>
            </w:r>
            <w:r w:rsidRPr="0043342D">
              <w:rPr>
                <w:spacing w:val="-1"/>
                <w:w w:val="105"/>
                <w:sz w:val="24"/>
                <w:szCs w:val="24"/>
              </w:rPr>
              <w:t>приёмовнахождениясуммы,</w:t>
            </w:r>
            <w:r w:rsidRPr="0043342D">
              <w:rPr>
                <w:w w:val="105"/>
                <w:sz w:val="24"/>
                <w:szCs w:val="24"/>
              </w:rPr>
              <w:t>разности.Использованиеправил(умноженияна0,на1)привычислении;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</w:t>
            </w:r>
            <w:r w:rsidRPr="0043342D">
              <w:rPr>
                <w:w w:val="105"/>
                <w:sz w:val="24"/>
                <w:szCs w:val="24"/>
              </w:rPr>
              <w:lastRenderedPageBreak/>
              <w:t>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23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3.9.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Взаимосвязькомпонентовирезультата</w:t>
            </w:r>
            <w:r w:rsidRPr="0043342D">
              <w:rPr>
                <w:b/>
                <w:w w:val="105"/>
                <w:sz w:val="24"/>
                <w:szCs w:val="24"/>
              </w:rPr>
              <w:t>действияумножения,действияделения.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72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 xml:space="preserve">Пропедевтика исследовательской работы: </w:t>
            </w:r>
            <w:r w:rsidRPr="0043342D">
              <w:rPr>
                <w:w w:val="105"/>
                <w:sz w:val="24"/>
                <w:szCs w:val="24"/>
              </w:rPr>
              <w:t>выполнениезадания разными способами (вычисления с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использованием </w:t>
            </w:r>
            <w:r w:rsidRPr="0043342D">
              <w:rPr>
                <w:w w:val="105"/>
                <w:sz w:val="24"/>
                <w:szCs w:val="24"/>
              </w:rPr>
              <w:t>переместительного, сочетательногосвойств сложения).Объяснение с помощью модели</w:t>
            </w:r>
            <w:r w:rsidRPr="0043342D">
              <w:rPr>
                <w:spacing w:val="-1"/>
                <w:w w:val="105"/>
                <w:sz w:val="24"/>
                <w:szCs w:val="24"/>
              </w:rPr>
              <w:t>приёмовнахождениясуммы,</w:t>
            </w:r>
            <w:r w:rsidRPr="0043342D">
              <w:rPr>
                <w:w w:val="105"/>
                <w:sz w:val="24"/>
                <w:szCs w:val="24"/>
              </w:rPr>
              <w:t>разности.Использованиеправил(умноженияна0,на1)привычислении;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24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9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ind w:left="55" w:right="43"/>
              <w:jc w:val="center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lastRenderedPageBreak/>
              <w:t>3.10.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581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 xml:space="preserve">Неизвестный компонент действия сложения, </w:t>
            </w:r>
            <w:r w:rsidRPr="0043342D">
              <w:rPr>
                <w:b/>
                <w:w w:val="105"/>
                <w:sz w:val="24"/>
                <w:szCs w:val="24"/>
              </w:rPr>
              <w:t>действиявычитания;егонахождение.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72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Дифференцированные задания на 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проведение</w:t>
            </w:r>
            <w:r w:rsidRPr="0043342D">
              <w:rPr>
                <w:spacing w:val="-1"/>
                <w:w w:val="105"/>
                <w:sz w:val="24"/>
                <w:szCs w:val="24"/>
              </w:rPr>
              <w:t>контроляисамоконтроля.Проверка</w:t>
            </w:r>
            <w:r w:rsidRPr="0043342D">
              <w:rPr>
                <w:w w:val="105"/>
                <w:sz w:val="24"/>
                <w:szCs w:val="24"/>
              </w:rPr>
              <w:t>ходаирезультатавыполнения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действия по алгоритму. Оценкарациональностивыбранногоприёмавычисления.</w:t>
            </w:r>
          </w:p>
          <w:p w:rsidR="00833826" w:rsidRPr="0043342D" w:rsidRDefault="00833826" w:rsidP="0065766B">
            <w:pPr>
              <w:pStyle w:val="TableParagraph"/>
              <w:spacing w:before="3" w:line="266" w:lineRule="auto"/>
              <w:ind w:left="79" w:right="272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Установление соответствия между математическим</w:t>
            </w:r>
            <w:r w:rsidRPr="0043342D">
              <w:rPr>
                <w:w w:val="105"/>
                <w:sz w:val="24"/>
                <w:szCs w:val="24"/>
              </w:rPr>
              <w:t>выражениемиеготекстовымописанием;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25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ind w:left="55" w:right="43"/>
              <w:jc w:val="center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3.11.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118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Числовоевыражение:чтение,запись,</w:t>
            </w:r>
            <w:r w:rsidRPr="0043342D">
              <w:rPr>
                <w:b/>
                <w:w w:val="105"/>
                <w:sz w:val="24"/>
                <w:szCs w:val="24"/>
              </w:rPr>
              <w:t>вычислениезначения.Порядок выполнения действий вчисловом выражении,содержащем действия сложения и вычитания (соскобками/без скобок) впределах 100 (не более трёхдействий);нахождениеегозначения.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16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77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Работа в группах: приведение 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примеров,</w:t>
            </w:r>
            <w:r w:rsidRPr="0043342D">
              <w:rPr>
                <w:spacing w:val="-1"/>
                <w:w w:val="105"/>
                <w:sz w:val="24"/>
                <w:szCs w:val="24"/>
              </w:rPr>
              <w:t>иллюстрирующих</w:t>
            </w:r>
            <w:proofErr w:type="gramEnd"/>
            <w:r w:rsidRPr="0043342D">
              <w:rPr>
                <w:spacing w:val="-1"/>
                <w:w w:val="105"/>
                <w:sz w:val="24"/>
                <w:szCs w:val="24"/>
              </w:rPr>
              <w:t xml:space="preserve"> смысл </w:t>
            </w:r>
            <w:r w:rsidRPr="0043342D">
              <w:rPr>
                <w:w w:val="105"/>
                <w:sz w:val="24"/>
                <w:szCs w:val="24"/>
              </w:rPr>
              <w:t>арифметического действия,свойства действий. Обсуждение смысла</w:t>
            </w:r>
            <w:r w:rsidRPr="0043342D">
              <w:rPr>
                <w:spacing w:val="-1"/>
                <w:w w:val="105"/>
                <w:sz w:val="24"/>
                <w:szCs w:val="24"/>
              </w:rPr>
              <w:t>использованияскобок</w:t>
            </w:r>
            <w:r w:rsidRPr="0043342D">
              <w:rPr>
                <w:w w:val="105"/>
                <w:sz w:val="24"/>
                <w:szCs w:val="24"/>
              </w:rPr>
              <w:t>взаписичисловоговыражения;запись решения с помощью разных числовыхвыражений;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«Математика», 2класс (Диск </w:t>
            </w:r>
            <w:r w:rsidRPr="0043342D">
              <w:rPr>
                <w:w w:val="105"/>
                <w:sz w:val="24"/>
                <w:szCs w:val="24"/>
              </w:rPr>
              <w:lastRenderedPageBreak/>
              <w:t>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26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833826">
        <w:trPr>
          <w:trHeight w:val="1538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ind w:left="19" w:right="43"/>
              <w:jc w:val="center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3.12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Вычитаниесуммыизчисла,числаизсуммы.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Дифференцированное задание: объяснение хода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выполнения </w:t>
            </w:r>
            <w:r w:rsidRPr="0043342D">
              <w:rPr>
                <w:w w:val="105"/>
                <w:sz w:val="24"/>
                <w:szCs w:val="24"/>
              </w:rPr>
              <w:t>вычислений по образцу. Применение</w:t>
            </w:r>
            <w:r w:rsidRPr="0043342D">
              <w:rPr>
                <w:spacing w:val="-1"/>
                <w:w w:val="105"/>
                <w:sz w:val="24"/>
                <w:szCs w:val="24"/>
              </w:rPr>
              <w:t>правилпорядкавыполнения</w:t>
            </w:r>
            <w:r w:rsidRPr="0043342D">
              <w:rPr>
                <w:w w:val="105"/>
                <w:sz w:val="24"/>
                <w:szCs w:val="24"/>
              </w:rPr>
              <w:t>действий;объяснениевозможныхошибок;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</w:t>
            </w:r>
            <w:r w:rsidRPr="0043342D">
              <w:rPr>
                <w:w w:val="105"/>
                <w:sz w:val="24"/>
                <w:szCs w:val="24"/>
              </w:rPr>
              <w:lastRenderedPageBreak/>
              <w:t>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27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ind w:left="55" w:right="43"/>
              <w:jc w:val="center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3.13.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Вычислениесуммы,</w:t>
            </w:r>
            <w:r w:rsidRPr="0043342D">
              <w:rPr>
                <w:b/>
                <w:w w:val="105"/>
                <w:sz w:val="24"/>
                <w:szCs w:val="24"/>
              </w:rPr>
              <w:t>разностиудобнымспособом.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91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 xml:space="preserve">Пропедевтика исследовательской </w:t>
            </w:r>
            <w:r w:rsidRPr="0043342D">
              <w:rPr>
                <w:w w:val="105"/>
                <w:sz w:val="24"/>
                <w:szCs w:val="24"/>
              </w:rPr>
              <w:t>работы:рациональныеприёмывычислений;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05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Контрольная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28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369"/>
        </w:trPr>
        <w:tc>
          <w:tcPr>
            <w:tcW w:w="5030" w:type="dxa"/>
            <w:gridSpan w:val="2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58</w:t>
            </w:r>
          </w:p>
        </w:tc>
        <w:tc>
          <w:tcPr>
            <w:tcW w:w="9939" w:type="dxa"/>
            <w:gridSpan w:val="6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833826" w:rsidRPr="0043342D" w:rsidTr="0065766B">
        <w:trPr>
          <w:trHeight w:val="333"/>
        </w:trPr>
        <w:tc>
          <w:tcPr>
            <w:tcW w:w="15497" w:type="dxa"/>
            <w:gridSpan w:val="9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Раздел4.</w:t>
            </w:r>
            <w:r w:rsidRPr="0043342D">
              <w:rPr>
                <w:b/>
                <w:w w:val="105"/>
                <w:sz w:val="24"/>
                <w:szCs w:val="24"/>
              </w:rPr>
              <w:t>Текстовыезадачи</w:t>
            </w:r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ind w:left="55" w:right="118"/>
              <w:jc w:val="center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Чтение,представление</w:t>
            </w:r>
            <w:r w:rsidRPr="0043342D">
              <w:rPr>
                <w:b/>
                <w:w w:val="105"/>
                <w:sz w:val="24"/>
                <w:szCs w:val="24"/>
              </w:rPr>
              <w:t>текстазадачиввидерисунка,схемыилидругоймодели.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76"/>
              <w:rPr>
                <w:sz w:val="24"/>
                <w:szCs w:val="24"/>
              </w:rPr>
            </w:pPr>
            <w:proofErr w:type="gramStart"/>
            <w:r w:rsidRPr="0043342D">
              <w:rPr>
                <w:spacing w:val="-1"/>
                <w:w w:val="105"/>
                <w:sz w:val="24"/>
                <w:szCs w:val="24"/>
              </w:rPr>
              <w:t>Чтениетекста</w:t>
            </w:r>
            <w:r w:rsidRPr="0043342D">
              <w:rPr>
                <w:w w:val="105"/>
                <w:sz w:val="24"/>
                <w:szCs w:val="24"/>
              </w:rPr>
              <w:t>задачисучётомпредлагаемогозадания:найти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условие и вопрос задачи. Сравнение различныхтекстов,ответнавопрос:являетсялитекстзадачей?;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29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ind w:left="55" w:right="118"/>
              <w:jc w:val="center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4.2.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251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План решения задачи вдва действия, выбор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 xml:space="preserve">соответствующих плану арифметических действий. </w:t>
            </w:r>
            <w:r w:rsidRPr="0043342D">
              <w:rPr>
                <w:b/>
                <w:w w:val="105"/>
                <w:sz w:val="24"/>
                <w:szCs w:val="24"/>
              </w:rPr>
              <w:t>Записьрешенияиответазадачи.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Упражнения:поэтапноерешение</w:t>
            </w:r>
            <w:r w:rsidRPr="0043342D">
              <w:rPr>
                <w:w w:val="105"/>
                <w:sz w:val="24"/>
                <w:szCs w:val="24"/>
              </w:rPr>
              <w:t>текстовойзадачи:анализ данных, их представление на модели ииспользование в ходе поиска идеи решения;составление плана; составление арифметическихдействий в соответствии с планом; использованиемоделидлярешения,поискдругогоспособаидр.;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«Математика», 2класс (Диск </w:t>
            </w:r>
            <w:r w:rsidRPr="0043342D">
              <w:rPr>
                <w:w w:val="105"/>
                <w:sz w:val="24"/>
                <w:szCs w:val="24"/>
              </w:rPr>
              <w:lastRenderedPageBreak/>
              <w:t>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30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833826">
        <w:trPr>
          <w:trHeight w:val="1538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4.3.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871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Решение текстовых задач на применение смысла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арифметического действия (сложение, вычитание,</w:t>
            </w:r>
            <w:r w:rsidRPr="0043342D">
              <w:rPr>
                <w:b/>
                <w:w w:val="105"/>
                <w:sz w:val="24"/>
                <w:szCs w:val="24"/>
              </w:rPr>
              <w:t>умножение,деление).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54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Работавпарах/</w:t>
            </w:r>
            <w:proofErr w:type="gramStart"/>
            <w:r w:rsidRPr="0043342D">
              <w:rPr>
                <w:spacing w:val="-1"/>
                <w:w w:val="105"/>
                <w:sz w:val="24"/>
                <w:szCs w:val="24"/>
              </w:rPr>
              <w:t>группах.</w:t>
            </w:r>
            <w:r w:rsidRPr="0043342D">
              <w:rPr>
                <w:w w:val="105"/>
                <w:sz w:val="24"/>
                <w:szCs w:val="24"/>
              </w:rPr>
              <w:t>Составлениезадачсзаданнымматематическим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отношением, по заданномучисловому выражению. Составление модели, планарешения задачи. Назначение скобок в записичисловоговыраженияприрешениизадачи;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</w:t>
            </w:r>
            <w:r w:rsidRPr="0043342D">
              <w:rPr>
                <w:w w:val="105"/>
                <w:sz w:val="24"/>
                <w:szCs w:val="24"/>
              </w:rPr>
              <w:lastRenderedPageBreak/>
              <w:t>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31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902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4.4.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Расчётныезадачина</w:t>
            </w:r>
            <w:r w:rsidRPr="0043342D">
              <w:rPr>
                <w:b/>
                <w:w w:val="105"/>
                <w:sz w:val="24"/>
                <w:szCs w:val="24"/>
              </w:rPr>
              <w:t>увеличение/уменьшениевеличинынанесколькоединиц/внесколькораз.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Упражнения:поэтапноерешение</w:t>
            </w:r>
            <w:r w:rsidRPr="0043342D">
              <w:rPr>
                <w:w w:val="105"/>
                <w:sz w:val="24"/>
                <w:szCs w:val="24"/>
              </w:rPr>
              <w:t>текстовойзадачи:анализ данных, их представление на модели ииспользование в ходе поиска идеи решения;составление плана; составление арифметическихдействий в соответствии с планом; использованиемоделидлярешения,поискдругогоспособаидр.;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32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191"/>
              <w:jc w:val="both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Фиксацияответакзадачеиегопроверка(формулирование,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 xml:space="preserve">проверка на достоверность, </w:t>
            </w:r>
            <w:r w:rsidRPr="0043342D">
              <w:rPr>
                <w:b/>
                <w:w w:val="105"/>
                <w:sz w:val="24"/>
                <w:szCs w:val="24"/>
              </w:rPr>
              <w:t>следование плану, соответствиепоставленномувопросу).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Контрольисамоконтрольприрешениизадач.Анализобразцов записи решения задачи по действиям и спомощьючисловоговыражения;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05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Контрольная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33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333"/>
        </w:trPr>
        <w:tc>
          <w:tcPr>
            <w:tcW w:w="5030" w:type="dxa"/>
            <w:gridSpan w:val="2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12</w:t>
            </w:r>
          </w:p>
        </w:tc>
        <w:tc>
          <w:tcPr>
            <w:tcW w:w="9939" w:type="dxa"/>
            <w:gridSpan w:val="6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833826" w:rsidRPr="0043342D" w:rsidTr="0065766B">
        <w:trPr>
          <w:trHeight w:val="333"/>
        </w:trPr>
        <w:tc>
          <w:tcPr>
            <w:tcW w:w="15497" w:type="dxa"/>
            <w:gridSpan w:val="9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Раздел5.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Пространственные</w:t>
            </w:r>
            <w:r w:rsidRPr="0043342D">
              <w:rPr>
                <w:b/>
                <w:w w:val="105"/>
                <w:sz w:val="24"/>
                <w:szCs w:val="24"/>
              </w:rPr>
              <w:t>отношенияигеометрическиефигуры</w:t>
            </w:r>
          </w:p>
        </w:tc>
      </w:tr>
      <w:tr w:rsidR="00833826" w:rsidRPr="0043342D" w:rsidTr="0065766B">
        <w:trPr>
          <w:trHeight w:val="2962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Распознаваниеиизображение</w:t>
            </w:r>
            <w:r w:rsidRPr="0043342D">
              <w:rPr>
                <w:b/>
                <w:w w:val="105"/>
                <w:sz w:val="24"/>
                <w:szCs w:val="24"/>
              </w:rPr>
              <w:t>геометрическихфигур:точка,прямая,прямойугол,ломаная,многоугольник.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Игровыеупражнения:</w:t>
            </w:r>
            <w:r w:rsidRPr="0043342D">
              <w:rPr>
                <w:w w:val="105"/>
                <w:sz w:val="24"/>
                <w:szCs w:val="24"/>
              </w:rPr>
              <w:t>«Опишифигуру»,«Нарисуйфигуру по инструкции», «Найди модели фигур вокружающем»ит.п.;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34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5.2.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Построение</w:t>
            </w:r>
            <w:r w:rsidRPr="0043342D">
              <w:rPr>
                <w:b/>
                <w:w w:val="105"/>
                <w:sz w:val="24"/>
                <w:szCs w:val="24"/>
              </w:rPr>
              <w:t>отрезказаданнойдлиныспомощьюлинейки.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306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 xml:space="preserve">Измерение расстояний с использованием </w:t>
            </w:r>
            <w:r w:rsidRPr="0043342D">
              <w:rPr>
                <w:w w:val="105"/>
                <w:sz w:val="24"/>
                <w:szCs w:val="24"/>
              </w:rPr>
              <w:t>заданныхилисамостоятельновыбранныхединиц;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«Математика», 2класс (Диск </w:t>
            </w:r>
            <w:r w:rsidRPr="0043342D">
              <w:rPr>
                <w:w w:val="105"/>
                <w:sz w:val="24"/>
                <w:szCs w:val="24"/>
              </w:rPr>
              <w:lastRenderedPageBreak/>
              <w:t>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35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833826">
        <w:trPr>
          <w:trHeight w:val="1538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5.3.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Изображение на клетчатой бумаге прямоугольника с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заданными</w:t>
            </w:r>
            <w:r w:rsidRPr="0043342D">
              <w:rPr>
                <w:b/>
                <w:w w:val="105"/>
                <w:sz w:val="24"/>
                <w:szCs w:val="24"/>
              </w:rPr>
              <w:t>длинамисторон,квадратасзаданнойдлинойстороны.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1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Изображениеломаныхспомощьюлинейкииотруки,нанелинованнойиклетчатойбумаге;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</w:t>
            </w:r>
            <w:r w:rsidRPr="0043342D">
              <w:rPr>
                <w:w w:val="105"/>
                <w:sz w:val="24"/>
                <w:szCs w:val="24"/>
              </w:rPr>
              <w:lastRenderedPageBreak/>
              <w:t>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36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5.4.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Длиналоманой.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702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 xml:space="preserve">Практические работы: определение </w:t>
            </w:r>
            <w:r w:rsidRPr="0043342D">
              <w:rPr>
                <w:w w:val="105"/>
                <w:sz w:val="24"/>
                <w:szCs w:val="24"/>
              </w:rPr>
              <w:t>размеровгеометрических фигур на глаз, с помощьюизмерительныхинструментов;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37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914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lastRenderedPageBreak/>
              <w:t>5.5.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Измерение периметра данного/ изображённого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прямоугольника(квадрата),</w:t>
            </w:r>
            <w:r w:rsidRPr="0043342D">
              <w:rPr>
                <w:b/>
                <w:w w:val="105"/>
                <w:sz w:val="24"/>
                <w:szCs w:val="24"/>
              </w:rPr>
              <w:t>записьрезультатаизмерениявсантиметрах.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Построение и обозначение прямоугольника с</w:t>
            </w:r>
            <w:r w:rsidRPr="0043342D">
              <w:rPr>
                <w:spacing w:val="-1"/>
                <w:w w:val="105"/>
                <w:sz w:val="24"/>
                <w:szCs w:val="24"/>
              </w:rPr>
              <w:t>заданнымидлинами</w:t>
            </w:r>
            <w:r w:rsidRPr="0043342D">
              <w:rPr>
                <w:w w:val="105"/>
                <w:sz w:val="24"/>
                <w:szCs w:val="24"/>
              </w:rPr>
              <w:t>стороннаклетчатойбумаге;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38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5.6.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331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 xml:space="preserve">Точка, конец </w:t>
            </w:r>
            <w:r w:rsidRPr="0043342D">
              <w:rPr>
                <w:b/>
                <w:w w:val="105"/>
                <w:sz w:val="24"/>
                <w:szCs w:val="24"/>
              </w:rPr>
              <w:t>отрезка, вершина многоугольника.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Обозначениеточкибуквой</w:t>
            </w:r>
            <w:r w:rsidRPr="0043342D">
              <w:rPr>
                <w:b/>
                <w:w w:val="105"/>
                <w:sz w:val="24"/>
                <w:szCs w:val="24"/>
              </w:rPr>
              <w:t>латинскогоалфавита.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8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Конструированиегеометрической</w:t>
            </w:r>
            <w:r w:rsidRPr="0043342D">
              <w:rPr>
                <w:w w:val="105"/>
                <w:sz w:val="24"/>
                <w:szCs w:val="24"/>
              </w:rPr>
              <w:t xml:space="preserve">фигурыизбумагипо заданному правилу или образцу. 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Творческиезадания:оригамиит.п.</w:t>
            </w:r>
            <w:proofErr w:type="gramEnd"/>
            <w:r w:rsidRPr="0043342D">
              <w:rPr>
                <w:w w:val="105"/>
                <w:sz w:val="24"/>
                <w:szCs w:val="24"/>
              </w:rPr>
              <w:t>;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Учебный диалог: расстояние как длина 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отрезка,нахождение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и прикидка расстояний. Использование</w:t>
            </w:r>
            <w:r w:rsidRPr="0043342D">
              <w:rPr>
                <w:spacing w:val="-1"/>
                <w:w w:val="105"/>
                <w:sz w:val="24"/>
                <w:szCs w:val="24"/>
              </w:rPr>
              <w:t>различныхисточниковинформации</w:t>
            </w:r>
            <w:r w:rsidRPr="0043342D">
              <w:rPr>
                <w:w w:val="105"/>
                <w:sz w:val="24"/>
                <w:szCs w:val="24"/>
              </w:rPr>
              <w:t>приопределенииразмерови</w:t>
            </w:r>
            <w:r w:rsidRPr="0043342D">
              <w:rPr>
                <w:w w:val="105"/>
                <w:sz w:val="24"/>
                <w:szCs w:val="24"/>
              </w:rPr>
              <w:lastRenderedPageBreak/>
              <w:t>протяжённостей;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lastRenderedPageBreak/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«Математика», 2класс (Диск </w:t>
            </w:r>
            <w:r w:rsidRPr="0043342D">
              <w:rPr>
                <w:w w:val="105"/>
                <w:sz w:val="24"/>
                <w:szCs w:val="24"/>
              </w:rPr>
              <w:lastRenderedPageBreak/>
              <w:t>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39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333"/>
        </w:trPr>
        <w:tc>
          <w:tcPr>
            <w:tcW w:w="5030" w:type="dxa"/>
            <w:gridSpan w:val="2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20</w:t>
            </w:r>
          </w:p>
        </w:tc>
        <w:tc>
          <w:tcPr>
            <w:tcW w:w="9939" w:type="dxa"/>
            <w:gridSpan w:val="6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833826" w:rsidRPr="0043342D" w:rsidTr="0065766B">
        <w:trPr>
          <w:trHeight w:val="333"/>
        </w:trPr>
        <w:tc>
          <w:tcPr>
            <w:tcW w:w="15497" w:type="dxa"/>
            <w:gridSpan w:val="9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Раздел6.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Математическая</w:t>
            </w:r>
            <w:r w:rsidRPr="0043342D">
              <w:rPr>
                <w:b/>
                <w:w w:val="105"/>
                <w:sz w:val="24"/>
                <w:szCs w:val="24"/>
              </w:rPr>
              <w:t>информация</w:t>
            </w:r>
          </w:p>
        </w:tc>
      </w:tr>
      <w:tr w:rsidR="00833826" w:rsidRPr="0043342D" w:rsidTr="00833826">
        <w:trPr>
          <w:trHeight w:val="2105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6.1.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Нахождение,формулированиеодного-двух</w:t>
            </w:r>
            <w:r w:rsidRPr="0043342D">
              <w:rPr>
                <w:b/>
                <w:w w:val="105"/>
                <w:sz w:val="24"/>
                <w:szCs w:val="24"/>
              </w:rPr>
              <w:t>общихпризнаковнабора математических объектов: чисел, величин,геометрическихфигур.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8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Наблюдениезакономерности</w:t>
            </w:r>
            <w:r w:rsidRPr="0043342D">
              <w:rPr>
                <w:w w:val="105"/>
                <w:sz w:val="24"/>
                <w:szCs w:val="24"/>
              </w:rPr>
              <w:t>всоставлениирядачисел (величин, геометрических фигур),формулированиеправила;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</w:t>
            </w:r>
            <w:r w:rsidRPr="0043342D">
              <w:rPr>
                <w:w w:val="105"/>
                <w:sz w:val="24"/>
                <w:szCs w:val="24"/>
              </w:rPr>
              <w:lastRenderedPageBreak/>
              <w:t>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40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54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6.2.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Классификацияобъектовпо</w:t>
            </w:r>
            <w:r w:rsidRPr="0043342D">
              <w:rPr>
                <w:b/>
                <w:w w:val="105"/>
                <w:sz w:val="24"/>
                <w:szCs w:val="24"/>
              </w:rPr>
              <w:t>заданномуилисамостоятельноустановленномуоснованию.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80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 xml:space="preserve">Оформление математической записи. Использованиематематической терминологии </w:t>
            </w:r>
            <w:r w:rsidRPr="0043342D">
              <w:rPr>
                <w:w w:val="105"/>
                <w:sz w:val="24"/>
                <w:szCs w:val="24"/>
              </w:rPr>
              <w:t>для формулирования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вопросов, </w:t>
            </w:r>
            <w:r w:rsidRPr="0043342D">
              <w:rPr>
                <w:w w:val="105"/>
                <w:sz w:val="24"/>
                <w:szCs w:val="24"/>
              </w:rPr>
              <w:t>заданий, при построении предположений,проверкегипотез;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41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lastRenderedPageBreak/>
              <w:t>6.3.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68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 xml:space="preserve">Закономерность </w:t>
            </w:r>
            <w:r w:rsidRPr="0043342D">
              <w:rPr>
                <w:b/>
                <w:w w:val="105"/>
                <w:sz w:val="24"/>
                <w:szCs w:val="24"/>
              </w:rPr>
              <w:t>в ряду чисел, геометрических фигур,объектов повседневной жизни: еёобъяснение сиспользованиемматематическойтерминологии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54"/>
              <w:jc w:val="both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Распознаваниев</w:t>
            </w:r>
            <w:r w:rsidRPr="0043342D">
              <w:rPr>
                <w:w w:val="105"/>
                <w:sz w:val="24"/>
                <w:szCs w:val="24"/>
              </w:rPr>
              <w:t>окружающеммиреситуаций,которые</w:t>
            </w:r>
            <w:r w:rsidRPr="0043342D">
              <w:rPr>
                <w:spacing w:val="-1"/>
                <w:w w:val="105"/>
                <w:sz w:val="24"/>
                <w:szCs w:val="24"/>
              </w:rPr>
              <w:t>целесообразносформулировать</w:t>
            </w:r>
            <w:r w:rsidRPr="0043342D">
              <w:rPr>
                <w:w w:val="105"/>
                <w:sz w:val="24"/>
                <w:szCs w:val="24"/>
              </w:rPr>
              <w:t>наязыкематематикиирешитьматематическимисредствами;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42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6.4.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118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Верные (истинные) иневерные (ложные) утверждения,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содержащие количественные, пространственные отношения,</w:t>
            </w:r>
            <w:r w:rsidRPr="0043342D">
              <w:rPr>
                <w:b/>
                <w:w w:val="105"/>
                <w:sz w:val="24"/>
                <w:szCs w:val="24"/>
              </w:rPr>
              <w:t>зависимостимеждучислами/величинами.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80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 xml:space="preserve">Оформление математической записи. Использованиематематической терминологии </w:t>
            </w:r>
            <w:r w:rsidRPr="0043342D">
              <w:rPr>
                <w:w w:val="105"/>
                <w:sz w:val="24"/>
                <w:szCs w:val="24"/>
              </w:rPr>
              <w:t>для формулирования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вопросов, </w:t>
            </w:r>
            <w:r w:rsidRPr="0043342D">
              <w:rPr>
                <w:w w:val="105"/>
                <w:sz w:val="24"/>
                <w:szCs w:val="24"/>
              </w:rPr>
              <w:t>заданий, при построении предположений,проверкегипотез;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«Математика», 2класс (Диск </w:t>
            </w:r>
            <w:r w:rsidRPr="0043342D">
              <w:rPr>
                <w:w w:val="105"/>
                <w:sz w:val="24"/>
                <w:szCs w:val="24"/>
              </w:rPr>
              <w:lastRenderedPageBreak/>
              <w:t>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43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833826">
        <w:trPr>
          <w:trHeight w:val="1538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6.5.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Конструированиеутверждений</w:t>
            </w:r>
            <w:r w:rsidRPr="0043342D">
              <w:rPr>
                <w:b/>
                <w:w w:val="105"/>
                <w:sz w:val="24"/>
                <w:szCs w:val="24"/>
              </w:rPr>
              <w:t>сиспользованиемслов</w:t>
            </w:r>
          </w:p>
          <w:p w:rsidR="00833826" w:rsidRPr="0043342D" w:rsidRDefault="00833826" w:rsidP="0065766B">
            <w:pPr>
              <w:pStyle w:val="TableParagraph"/>
              <w:spacing w:before="20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«каждый»,«все».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25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Учебный диалог: установление последовательности</w:t>
            </w:r>
            <w:r w:rsidRPr="0043342D">
              <w:rPr>
                <w:w w:val="105"/>
                <w:sz w:val="24"/>
                <w:szCs w:val="24"/>
              </w:rPr>
              <w:t>событий (действий) сюжета. Описание рисунка(схемы, модели) по заданному или самостоятельносоставленномуплану;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</w:t>
            </w:r>
            <w:r w:rsidRPr="0043342D">
              <w:rPr>
                <w:w w:val="105"/>
                <w:sz w:val="24"/>
                <w:szCs w:val="24"/>
              </w:rPr>
              <w:lastRenderedPageBreak/>
              <w:t>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44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6.6.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111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Работастаблицами:извлечениеииспользованиедляответана вопрос информации, представленной в таблице (таблицысложения, умножения; график дежурств, наблюдения вприродеипр.);внесениеданныхвтаблицу.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Работасинформацией:</w:t>
            </w:r>
            <w:r w:rsidRPr="0043342D">
              <w:rPr>
                <w:w w:val="105"/>
                <w:sz w:val="24"/>
                <w:szCs w:val="24"/>
              </w:rPr>
              <w:t>анализинформации,представ-леннойнарисункеивтекстезадания;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45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lastRenderedPageBreak/>
              <w:t>6.7.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right="68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Дополнениемоделей(схем,</w:t>
            </w:r>
            <w:r w:rsidRPr="0043342D">
              <w:rPr>
                <w:b/>
                <w:w w:val="105"/>
                <w:sz w:val="24"/>
                <w:szCs w:val="24"/>
              </w:rPr>
              <w:t>изображений)готовымичисловымиданными.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proofErr w:type="gramStart"/>
            <w:r w:rsidRPr="0043342D">
              <w:rPr>
                <w:spacing w:val="-1"/>
                <w:w w:val="105"/>
                <w:sz w:val="24"/>
                <w:szCs w:val="24"/>
              </w:rPr>
              <w:t>Работасинформацией:</w:t>
            </w:r>
            <w:r w:rsidRPr="0043342D">
              <w:rPr>
                <w:w w:val="105"/>
                <w:sz w:val="24"/>
                <w:szCs w:val="24"/>
              </w:rPr>
              <w:t>чтениетаблицы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>(расписание,график работы, схему), нахождение информации,удовлетворяющейзаданномуусловиюзадачи.</w:t>
            </w:r>
          </w:p>
          <w:p w:rsidR="00833826" w:rsidRPr="0043342D" w:rsidRDefault="00833826" w:rsidP="0065766B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Составление</w:t>
            </w:r>
            <w:r w:rsidRPr="0043342D">
              <w:rPr>
                <w:w w:val="105"/>
                <w:sz w:val="24"/>
                <w:szCs w:val="24"/>
              </w:rPr>
              <w:t>вопросовпотаблице;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46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6.8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Правилосоставлениярядачисел,</w:t>
            </w:r>
            <w:r w:rsidRPr="0043342D">
              <w:rPr>
                <w:b/>
                <w:w w:val="105"/>
                <w:sz w:val="24"/>
                <w:szCs w:val="24"/>
              </w:rPr>
              <w:t>величин,геометрическихфигур (формулирование правила, проверка правила,дополнениеряда).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8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Работавпарах/группах.</w:t>
            </w:r>
            <w:r w:rsidRPr="0043342D">
              <w:rPr>
                <w:w w:val="105"/>
                <w:sz w:val="24"/>
                <w:szCs w:val="24"/>
              </w:rPr>
              <w:t>Календарь.Схемымаршрутов;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 xml:space="preserve">«Математика», 2класс (Диск </w:t>
            </w:r>
            <w:r w:rsidRPr="0043342D">
              <w:rPr>
                <w:w w:val="105"/>
                <w:sz w:val="24"/>
                <w:szCs w:val="24"/>
              </w:rPr>
              <w:lastRenderedPageBreak/>
              <w:t>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47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833826">
        <w:trPr>
          <w:trHeight w:val="1538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6.9.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rPr>
                <w:b/>
                <w:sz w:val="24"/>
                <w:szCs w:val="24"/>
              </w:rPr>
            </w:pPr>
            <w:r w:rsidRPr="0043342D">
              <w:rPr>
                <w:b/>
                <w:w w:val="105"/>
                <w:sz w:val="24"/>
                <w:szCs w:val="24"/>
              </w:rPr>
              <w:t>Алгоритмы (приёмы, правила) устных и письменных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вычислений,измеренийипостроения</w:t>
            </w:r>
            <w:r w:rsidRPr="0043342D">
              <w:rPr>
                <w:b/>
                <w:w w:val="105"/>
                <w:sz w:val="24"/>
                <w:szCs w:val="24"/>
              </w:rPr>
              <w:t>геометрическихфигур.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80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 xml:space="preserve">Оформление математической записи. Использованиематематической терминологии </w:t>
            </w:r>
            <w:r w:rsidRPr="0043342D">
              <w:rPr>
                <w:w w:val="105"/>
                <w:sz w:val="24"/>
                <w:szCs w:val="24"/>
              </w:rPr>
              <w:t>для формулирования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вопросов, </w:t>
            </w:r>
            <w:r w:rsidRPr="0043342D">
              <w:rPr>
                <w:w w:val="105"/>
                <w:sz w:val="24"/>
                <w:szCs w:val="24"/>
              </w:rPr>
              <w:t>заданий, при построении предположений,проверкегипотез;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</w:t>
            </w:r>
            <w:r w:rsidRPr="0043342D">
              <w:rPr>
                <w:w w:val="105"/>
                <w:sz w:val="24"/>
                <w:szCs w:val="24"/>
              </w:rPr>
              <w:lastRenderedPageBreak/>
              <w:t>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48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2830"/>
        </w:trPr>
        <w:tc>
          <w:tcPr>
            <w:tcW w:w="468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6.10</w:t>
            </w:r>
          </w:p>
        </w:tc>
        <w:tc>
          <w:tcPr>
            <w:tcW w:w="4562" w:type="dxa"/>
          </w:tcPr>
          <w:p w:rsidR="00833826" w:rsidRPr="0043342D" w:rsidRDefault="00833826" w:rsidP="0065766B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43342D">
              <w:rPr>
                <w:b/>
                <w:spacing w:val="-1"/>
                <w:w w:val="105"/>
                <w:sz w:val="24"/>
                <w:szCs w:val="24"/>
              </w:rPr>
              <w:t>Правила</w:t>
            </w:r>
            <w:r>
              <w:rPr>
                <w:b/>
                <w:spacing w:val="-1"/>
                <w:w w:val="105"/>
                <w:sz w:val="24"/>
                <w:szCs w:val="24"/>
              </w:rPr>
              <w:t xml:space="preserve"> </w:t>
            </w:r>
            <w:r w:rsidRPr="0043342D">
              <w:rPr>
                <w:b/>
                <w:spacing w:val="-1"/>
                <w:w w:val="105"/>
                <w:sz w:val="24"/>
                <w:szCs w:val="24"/>
              </w:rPr>
              <w:t>работы</w:t>
            </w:r>
            <w:r>
              <w:rPr>
                <w:b/>
                <w:spacing w:val="-1"/>
                <w:w w:val="105"/>
                <w:sz w:val="24"/>
                <w:szCs w:val="24"/>
              </w:rPr>
              <w:t xml:space="preserve"> </w:t>
            </w:r>
            <w:r w:rsidRPr="0043342D">
              <w:rPr>
                <w:b/>
                <w:w w:val="105"/>
                <w:sz w:val="24"/>
                <w:szCs w:val="24"/>
              </w:rPr>
              <w:t>с</w:t>
            </w:r>
            <w:r>
              <w:rPr>
                <w:b/>
                <w:w w:val="105"/>
                <w:sz w:val="24"/>
                <w:szCs w:val="24"/>
              </w:rPr>
              <w:t xml:space="preserve"> </w:t>
            </w:r>
            <w:r w:rsidRPr="0043342D">
              <w:rPr>
                <w:b/>
                <w:w w:val="105"/>
                <w:sz w:val="24"/>
                <w:szCs w:val="24"/>
              </w:rPr>
              <w:t>электронными</w:t>
            </w:r>
            <w:r>
              <w:rPr>
                <w:b/>
                <w:w w:val="105"/>
                <w:sz w:val="24"/>
                <w:szCs w:val="24"/>
              </w:rPr>
              <w:t xml:space="preserve"> </w:t>
            </w:r>
            <w:r w:rsidRPr="0043342D">
              <w:rPr>
                <w:b/>
                <w:w w:val="105"/>
                <w:sz w:val="24"/>
                <w:szCs w:val="24"/>
              </w:rPr>
              <w:t>средствами</w:t>
            </w:r>
            <w:r>
              <w:rPr>
                <w:b/>
                <w:w w:val="105"/>
                <w:sz w:val="24"/>
                <w:szCs w:val="24"/>
              </w:rPr>
              <w:t xml:space="preserve"> </w:t>
            </w:r>
            <w:r w:rsidRPr="0043342D">
              <w:rPr>
                <w:b/>
                <w:w w:val="105"/>
                <w:sz w:val="24"/>
                <w:szCs w:val="24"/>
              </w:rPr>
              <w:t>обучения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189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Обсуждениеправил</w:t>
            </w:r>
            <w:r w:rsidRPr="0043342D">
              <w:rPr>
                <w:w w:val="105"/>
                <w:sz w:val="24"/>
                <w:szCs w:val="24"/>
              </w:rPr>
              <w:t>работысэлектроннымисредствамиобучения;</w:t>
            </w:r>
          </w:p>
        </w:tc>
        <w:tc>
          <w:tcPr>
            <w:tcW w:w="1080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79" w:right="48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Практическая</w:t>
            </w:r>
            <w:r w:rsidRPr="0043342D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981" w:type="dxa"/>
          </w:tcPr>
          <w:p w:rsidR="00833826" w:rsidRPr="0043342D" w:rsidRDefault="00833826" w:rsidP="0065766B">
            <w:pPr>
              <w:pStyle w:val="TableParagraph"/>
              <w:spacing w:before="64" w:line="266" w:lineRule="auto"/>
              <w:ind w:left="80" w:right="939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Электронное</w:t>
            </w:r>
            <w:r w:rsidRPr="0043342D">
              <w:rPr>
                <w:spacing w:val="-1"/>
                <w:w w:val="105"/>
                <w:sz w:val="24"/>
                <w:szCs w:val="24"/>
              </w:rPr>
              <w:t xml:space="preserve">приложение </w:t>
            </w:r>
            <w:r w:rsidRPr="0043342D">
              <w:rPr>
                <w:w w:val="105"/>
                <w:sz w:val="24"/>
                <w:szCs w:val="24"/>
              </w:rPr>
              <w:t>кучебнику</w:t>
            </w:r>
          </w:p>
          <w:p w:rsidR="00833826" w:rsidRPr="0043342D" w:rsidRDefault="00833826" w:rsidP="0065766B">
            <w:pPr>
              <w:pStyle w:val="TableParagraph"/>
              <w:spacing w:before="2" w:line="266" w:lineRule="auto"/>
              <w:ind w:left="80" w:right="681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«Математика», 2класс (Диск СD</w:t>
            </w:r>
            <w:proofErr w:type="gramStart"/>
            <w:r w:rsidRPr="0043342D">
              <w:rPr>
                <w:w w:val="105"/>
                <w:sz w:val="24"/>
                <w:szCs w:val="24"/>
              </w:rPr>
              <w:t>),авторы</w:t>
            </w:r>
            <w:proofErr w:type="gramEnd"/>
            <w:r w:rsidRPr="0043342D">
              <w:rPr>
                <w:w w:val="105"/>
                <w:sz w:val="24"/>
                <w:szCs w:val="24"/>
              </w:rPr>
              <w:t xml:space="preserve"> С.ИВолкова,С.П.Максимова</w:t>
            </w:r>
            <w:r w:rsidRPr="0043342D">
              <w:rPr>
                <w:spacing w:val="-1"/>
                <w:w w:val="105"/>
                <w:sz w:val="24"/>
                <w:szCs w:val="24"/>
              </w:rPr>
              <w:t>единая коллекция</w:t>
            </w:r>
            <w:r w:rsidRPr="0043342D">
              <w:rPr>
                <w:w w:val="105"/>
                <w:sz w:val="24"/>
                <w:szCs w:val="24"/>
              </w:rPr>
              <w:t>цифровыхобразовательныхресурсов (или поадресу:</w:t>
            </w:r>
          </w:p>
          <w:p w:rsidR="00833826" w:rsidRPr="0043342D" w:rsidRDefault="00560821" w:rsidP="0065766B">
            <w:pPr>
              <w:pStyle w:val="TableParagraph"/>
              <w:spacing w:before="7"/>
              <w:ind w:left="80"/>
              <w:rPr>
                <w:sz w:val="24"/>
                <w:szCs w:val="24"/>
              </w:rPr>
            </w:pPr>
            <w:hyperlink r:id="rId49">
              <w:r w:rsidR="00833826" w:rsidRPr="0043342D">
                <w:rPr>
                  <w:w w:val="105"/>
                  <w:sz w:val="24"/>
                  <w:szCs w:val="24"/>
                </w:rPr>
                <w:t>http://schoolcollection.edu.ru</w:t>
              </w:r>
            </w:hyperlink>
          </w:p>
        </w:tc>
      </w:tr>
      <w:tr w:rsidR="00833826" w:rsidRPr="0043342D" w:rsidTr="0065766B">
        <w:trPr>
          <w:trHeight w:val="333"/>
        </w:trPr>
        <w:tc>
          <w:tcPr>
            <w:tcW w:w="5030" w:type="dxa"/>
            <w:gridSpan w:val="2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Итогопоразделу: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15</w:t>
            </w:r>
          </w:p>
        </w:tc>
        <w:tc>
          <w:tcPr>
            <w:tcW w:w="9939" w:type="dxa"/>
            <w:gridSpan w:val="6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833826" w:rsidRPr="0043342D" w:rsidTr="0065766B">
        <w:trPr>
          <w:trHeight w:val="333"/>
        </w:trPr>
        <w:tc>
          <w:tcPr>
            <w:tcW w:w="5030" w:type="dxa"/>
            <w:gridSpan w:val="2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Резервноевремя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3342D">
              <w:rPr>
                <w:w w:val="105"/>
                <w:sz w:val="24"/>
                <w:szCs w:val="24"/>
              </w:rPr>
              <w:t>10</w:t>
            </w:r>
          </w:p>
        </w:tc>
        <w:tc>
          <w:tcPr>
            <w:tcW w:w="9939" w:type="dxa"/>
            <w:gridSpan w:val="6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833826" w:rsidRPr="0043342D" w:rsidTr="0065766B">
        <w:trPr>
          <w:trHeight w:val="333"/>
        </w:trPr>
        <w:tc>
          <w:tcPr>
            <w:tcW w:w="5030" w:type="dxa"/>
            <w:gridSpan w:val="2"/>
          </w:tcPr>
          <w:p w:rsidR="00833826" w:rsidRPr="0043342D" w:rsidRDefault="00833826" w:rsidP="0065766B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3342D">
              <w:rPr>
                <w:spacing w:val="-1"/>
                <w:w w:val="105"/>
                <w:sz w:val="24"/>
                <w:szCs w:val="24"/>
              </w:rPr>
              <w:t>ОБЩЕЕКОЛИЧЕСТВО</w:t>
            </w:r>
            <w:r w:rsidRPr="0043342D">
              <w:rPr>
                <w:w w:val="105"/>
                <w:sz w:val="24"/>
                <w:szCs w:val="24"/>
              </w:rPr>
              <w:t>ЧАСОВПОПРОГРАММЕ</w:t>
            </w:r>
          </w:p>
        </w:tc>
        <w:tc>
          <w:tcPr>
            <w:tcW w:w="528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170</w:t>
            </w:r>
          </w:p>
        </w:tc>
        <w:tc>
          <w:tcPr>
            <w:tcW w:w="1104" w:type="dxa"/>
          </w:tcPr>
          <w:p w:rsidR="00833826" w:rsidRPr="0043342D" w:rsidRDefault="00833826" w:rsidP="0065766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10</w:t>
            </w:r>
          </w:p>
        </w:tc>
        <w:tc>
          <w:tcPr>
            <w:tcW w:w="1140" w:type="dxa"/>
          </w:tcPr>
          <w:p w:rsidR="00833826" w:rsidRPr="0043342D" w:rsidRDefault="00833826" w:rsidP="0065766B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3342D">
              <w:rPr>
                <w:w w:val="104"/>
                <w:sz w:val="24"/>
                <w:szCs w:val="24"/>
              </w:rPr>
              <w:t>13</w:t>
            </w:r>
          </w:p>
        </w:tc>
        <w:tc>
          <w:tcPr>
            <w:tcW w:w="7695" w:type="dxa"/>
            <w:gridSpan w:val="4"/>
          </w:tcPr>
          <w:p w:rsidR="00833826" w:rsidRPr="0043342D" w:rsidRDefault="00833826" w:rsidP="0065766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833826" w:rsidRPr="0043342D" w:rsidRDefault="00833826" w:rsidP="00833826">
      <w:pPr>
        <w:rPr>
          <w:rFonts w:ascii="Times New Roman" w:hAnsi="Times New Roman"/>
          <w:sz w:val="24"/>
          <w:szCs w:val="24"/>
        </w:rPr>
        <w:sectPr w:rsidR="00833826" w:rsidRPr="0043342D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45176C" w:rsidRPr="006D1E72" w:rsidRDefault="0045176C" w:rsidP="0030650B">
      <w:pPr>
        <w:autoSpaceDE w:val="0"/>
        <w:autoSpaceDN w:val="0"/>
        <w:spacing w:after="78" w:line="220" w:lineRule="exact"/>
        <w:jc w:val="both"/>
      </w:pPr>
    </w:p>
    <w:p w:rsidR="0045176C" w:rsidRPr="006D1E72" w:rsidRDefault="007D595A" w:rsidP="0030650B">
      <w:pPr>
        <w:autoSpaceDE w:val="0"/>
        <w:autoSpaceDN w:val="0"/>
        <w:spacing w:after="320" w:line="230" w:lineRule="auto"/>
        <w:jc w:val="center"/>
      </w:pPr>
      <w:r w:rsidRPr="006D1E72">
        <w:rPr>
          <w:rFonts w:ascii="Times New Roman" w:hAnsi="Times New Roman"/>
          <w:b/>
          <w:sz w:val="24"/>
        </w:rPr>
        <w:t>ПОУРОЧНОЕ ПЛАНИРОВАНИЕ</w:t>
      </w: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59"/>
        <w:gridCol w:w="2984"/>
        <w:gridCol w:w="2153"/>
        <w:gridCol w:w="1522"/>
        <w:gridCol w:w="1566"/>
        <w:gridCol w:w="429"/>
        <w:gridCol w:w="1559"/>
      </w:tblGrid>
      <w:tr w:rsidR="0045176C" w:rsidRPr="000E6E69" w:rsidTr="006D1E72">
        <w:trPr>
          <w:gridAfter w:val="2"/>
          <w:wAfter w:w="1988" w:type="dxa"/>
          <w:trHeight w:hRule="exact" w:val="492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62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b/>
                <w:sz w:val="24"/>
              </w:rPr>
              <w:t>№</w:t>
            </w:r>
            <w:r w:rsidRPr="000E6E69">
              <w:br/>
            </w:r>
            <w:r w:rsidRPr="000E6E69"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2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AB23A3">
            <w:pPr>
              <w:autoSpaceDE w:val="0"/>
              <w:autoSpaceDN w:val="0"/>
              <w:spacing w:before="98" w:after="0" w:line="230" w:lineRule="auto"/>
              <w:ind w:left="72"/>
            </w:pPr>
            <w:r w:rsidRPr="000E6E69">
              <w:rPr>
                <w:rFonts w:ascii="Times New Roman" w:hAnsi="Times New Roman"/>
                <w:b/>
                <w:sz w:val="24"/>
              </w:rPr>
              <w:t>Тема урока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62" w:lineRule="auto"/>
              <w:ind w:left="72"/>
              <w:jc w:val="both"/>
            </w:pPr>
            <w:r w:rsidRPr="000E6E69">
              <w:rPr>
                <w:rFonts w:ascii="Times New Roman" w:hAnsi="Times New Roman"/>
                <w:b/>
                <w:sz w:val="24"/>
              </w:rPr>
              <w:t xml:space="preserve">Дата </w:t>
            </w:r>
            <w:r w:rsidRPr="000E6E69">
              <w:br/>
            </w:r>
            <w:r w:rsidRPr="000E6E69">
              <w:rPr>
                <w:rFonts w:ascii="Times New Roman" w:hAnsi="Times New Roman"/>
                <w:b/>
                <w:sz w:val="24"/>
              </w:rPr>
              <w:t>изучения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432"/>
              <w:jc w:val="both"/>
            </w:pPr>
            <w:r w:rsidRPr="000E6E69">
              <w:rPr>
                <w:rFonts w:ascii="Times New Roman" w:hAnsi="Times New Roman"/>
                <w:b/>
                <w:sz w:val="24"/>
              </w:rPr>
              <w:t xml:space="preserve">Виды, </w:t>
            </w:r>
            <w:r w:rsidRPr="000E6E69">
              <w:br/>
            </w:r>
            <w:r w:rsidRPr="000E6E69">
              <w:rPr>
                <w:rFonts w:ascii="Times New Roman" w:hAnsi="Times New Roman"/>
                <w:b/>
                <w:sz w:val="24"/>
              </w:rPr>
              <w:t xml:space="preserve">формы </w:t>
            </w:r>
            <w:r w:rsidRPr="000E6E69">
              <w:br/>
            </w:r>
            <w:r w:rsidRPr="000E6E69">
              <w:rPr>
                <w:rFonts w:ascii="Times New Roman" w:hAnsi="Times New Roman"/>
                <w:b/>
                <w:sz w:val="24"/>
              </w:rPr>
              <w:t>контроля</w:t>
            </w:r>
          </w:p>
        </w:tc>
      </w:tr>
      <w:tr w:rsidR="0045176C" w:rsidRPr="000E6E69" w:rsidTr="0051194E">
        <w:trPr>
          <w:trHeight w:hRule="exact" w:val="828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76C" w:rsidRPr="000E6E69" w:rsidRDefault="0045176C" w:rsidP="00AB23A3"/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62" w:lineRule="auto"/>
              <w:ind w:left="72"/>
              <w:jc w:val="both"/>
            </w:pPr>
            <w:r w:rsidRPr="000E6E69">
              <w:rPr>
                <w:rFonts w:ascii="Times New Roman" w:hAnsi="Times New Roman"/>
                <w:b/>
                <w:sz w:val="24"/>
              </w:rPr>
              <w:t>контрольные работы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62" w:lineRule="auto"/>
              <w:ind w:left="72"/>
              <w:jc w:val="both"/>
            </w:pPr>
            <w:r w:rsidRPr="000E6E69">
              <w:rPr>
                <w:rFonts w:ascii="Times New Roman" w:hAnsi="Times New Roman"/>
                <w:b/>
                <w:sz w:val="24"/>
              </w:rPr>
              <w:t>практические работы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76C" w:rsidRPr="000E6E69" w:rsidRDefault="0045176C" w:rsidP="0030650B">
            <w:pPr>
              <w:jc w:val="both"/>
            </w:pPr>
          </w:p>
        </w:tc>
      </w:tr>
      <w:tr w:rsidR="0045176C" w:rsidRPr="000E6E69" w:rsidTr="0051194E">
        <w:trPr>
          <w:trHeight w:hRule="exact" w:val="150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AB23A3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Числа. Числа в пределах 100: чтение, запись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27274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227274" w:rsidRPr="000E6E69" w:rsidTr="0051194E">
        <w:trPr>
          <w:trHeight w:hRule="exact" w:val="150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7274" w:rsidRPr="000E6E69" w:rsidRDefault="00227274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2.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7274" w:rsidRPr="000E6E69" w:rsidRDefault="00227274" w:rsidP="00AB23A3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Числа. Числа в пределах 100: чтение, запись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7274" w:rsidRPr="000E6E69" w:rsidRDefault="00227274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7274" w:rsidRPr="000E6E69" w:rsidRDefault="00227274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7274" w:rsidRPr="000E6E69" w:rsidRDefault="00227274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7274" w:rsidRPr="000E6E69" w:rsidRDefault="00227274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7274" w:rsidRPr="000E6E69" w:rsidRDefault="00227274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51194E">
        <w:trPr>
          <w:trHeight w:hRule="exact" w:val="15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27274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3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AB23A3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Числа. Числа в пределах 100: сравнение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51194E">
        <w:trPr>
          <w:trHeight w:hRule="exact" w:val="15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27274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4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AB23A3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Числа. Числа в пределах 100: десятичный состав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51194E">
        <w:trPr>
          <w:trHeight w:hRule="exact" w:val="15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27274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5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AB23A3">
            <w:pPr>
              <w:autoSpaceDE w:val="0"/>
              <w:autoSpaceDN w:val="0"/>
              <w:spacing w:before="98" w:after="0" w:line="262" w:lineRule="auto"/>
              <w:ind w:left="72" w:right="432"/>
            </w:pPr>
            <w:r w:rsidRPr="000E6E69">
              <w:rPr>
                <w:rFonts w:ascii="Times New Roman" w:hAnsi="Times New Roman"/>
                <w:sz w:val="24"/>
              </w:rPr>
              <w:t>Числа. Запись равенства, неравенства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51194E">
        <w:trPr>
          <w:trHeight w:hRule="exact" w:val="15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0267B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6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52265" w:rsidP="00AB23A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Математический диктант №1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Числа. Увеличение числа на несколько единиц/десятков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0E04C0" w:rsidRPr="000E6E69" w:rsidTr="0051194E">
        <w:trPr>
          <w:trHeight w:hRule="exact" w:val="15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4C0" w:rsidRPr="000E6E69" w:rsidRDefault="0070267B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4C0" w:rsidRPr="000E6E69" w:rsidRDefault="0070267B" w:rsidP="00AB23A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/>
                <w:b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Числа. Увеличение числа на несколько единиц/десятков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4C0" w:rsidRPr="000E6E69" w:rsidRDefault="0070267B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4C0" w:rsidRPr="000E6E69" w:rsidRDefault="0070267B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4C0" w:rsidRPr="000E6E69" w:rsidRDefault="0070267B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4C0" w:rsidRPr="000E6E69" w:rsidRDefault="000E04C0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4C0" w:rsidRPr="000E6E69" w:rsidRDefault="0070267B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</w:t>
            </w:r>
          </w:p>
        </w:tc>
      </w:tr>
      <w:tr w:rsidR="0045176C" w:rsidRPr="000E6E69" w:rsidTr="0051194E">
        <w:trPr>
          <w:trHeight w:hRule="exact" w:val="15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0267B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8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AB23A3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Числа. Уменьшение числа на несколько единиц/десятков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51194E">
        <w:trPr>
          <w:trHeight w:hRule="exact" w:val="1838"/>
        </w:trPr>
        <w:tc>
          <w:tcPr>
            <w:tcW w:w="5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0267B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9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A1BCC" w:rsidP="005A1BCC">
            <w:pPr>
              <w:autoSpaceDE w:val="0"/>
              <w:autoSpaceDN w:val="0"/>
              <w:spacing w:before="100" w:after="0" w:line="262" w:lineRule="auto"/>
              <w:ind w:left="72"/>
              <w:rPr>
                <w:b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Числа. Чётные и нечётные числа</w:t>
            </w: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215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36531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36531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42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100" w:after="0" w:line="281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Устный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опрос;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Практическая работа;</w:t>
            </w:r>
          </w:p>
        </w:tc>
      </w:tr>
      <w:tr w:rsidR="0045176C" w:rsidRPr="000E6E69" w:rsidTr="0051194E">
        <w:trPr>
          <w:trHeight w:hRule="exact" w:val="148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0267B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10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1194E" w:rsidP="005A1BCC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Стартовая</w:t>
            </w:r>
            <w:r w:rsidR="0070267B" w:rsidRPr="000E6E69">
              <w:rPr>
                <w:rFonts w:ascii="Times New Roman" w:hAnsi="Times New Roman"/>
                <w:b/>
                <w:sz w:val="24"/>
                <w:lang w:val="ru-RU"/>
              </w:rPr>
              <w:t xml:space="preserve"> диагностическая работа №</w:t>
            </w:r>
            <w:r w:rsidR="005A1BCC" w:rsidRPr="000E6E69">
              <w:rPr>
                <w:rFonts w:ascii="Times New Roman" w:hAnsi="Times New Roman"/>
                <w:b/>
                <w:sz w:val="24"/>
                <w:lang w:val="ru-RU"/>
              </w:rPr>
              <w:t>1</w:t>
            </w:r>
            <w:r w:rsidR="002C7DF1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Контрольная работа</w:t>
            </w:r>
            <w:r w:rsidR="007D595A" w:rsidRPr="000E6E69">
              <w:rPr>
                <w:lang w:val="ru-RU"/>
              </w:rPr>
              <w:br/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  <w:rPr>
          <w:lang w:val="ru-RU"/>
        </w:rPr>
      </w:pP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7"/>
        <w:gridCol w:w="2126"/>
        <w:gridCol w:w="1560"/>
        <w:gridCol w:w="1559"/>
        <w:gridCol w:w="425"/>
        <w:gridCol w:w="1559"/>
      </w:tblGrid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A1BCC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11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A1BCC" w:rsidP="0030650B">
            <w:pPr>
              <w:autoSpaceDE w:val="0"/>
              <w:autoSpaceDN w:val="0"/>
              <w:spacing w:before="98" w:after="0" w:line="271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Числа. Представление числа в виде суммы разрядных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слагаемых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Устный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5A1BC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5A1BCC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5A1BCC" w:rsidP="0030650B">
            <w:pPr>
              <w:autoSpaceDE w:val="0"/>
              <w:autoSpaceDN w:val="0"/>
              <w:spacing w:before="98" w:after="0" w:line="271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Числа. Представление числа в виде суммы разрядных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слагаемых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5A1BCC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5A1BCC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5A1BCC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5A1BC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5A1BCC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Устный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A1BCC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3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6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Числа. Работа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математической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терминологией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(однозначное, двузначное, чётное-нечётное число;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число и цифра; компоненты арифметического действия, их название)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A1BCC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4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288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Величины. Работа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величинами: сравнение по массе (единица массы —килограмм)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13349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5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288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Величины. Работа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величинами: измерение длины (единица длины —метр)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0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5E8A" w:rsidRPr="000E6E69" w:rsidRDefault="00A13349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6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  <w:p w:rsidR="0045176C" w:rsidRPr="000E6E69" w:rsidRDefault="0045176C" w:rsidP="006B5E8A"/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52265" w:rsidP="0030650B">
            <w:pPr>
              <w:autoSpaceDE w:val="0"/>
              <w:autoSpaceDN w:val="0"/>
              <w:spacing w:before="98" w:after="0"/>
              <w:ind w:left="72" w:right="288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Математический диктант №</w:t>
            </w:r>
            <w:r w:rsidR="007A2559" w:rsidRPr="000E6E69">
              <w:rPr>
                <w:rFonts w:ascii="Times New Roman" w:hAnsi="Times New Roman"/>
                <w:b/>
                <w:sz w:val="24"/>
                <w:lang w:val="ru-RU"/>
              </w:rPr>
              <w:t xml:space="preserve">2 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Величины. Работа с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величинами: измерение длины (единица длины —миллиметр)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5A1BCC" w:rsidRPr="000E6E69" w:rsidTr="006D1E72">
        <w:trPr>
          <w:trHeight w:hRule="exact" w:val="20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5A1BCC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  <w:r w:rsidR="00A13349" w:rsidRPr="000E6E69"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5A1BCC" w:rsidP="0030650B">
            <w:pPr>
              <w:autoSpaceDE w:val="0"/>
              <w:autoSpaceDN w:val="0"/>
              <w:spacing w:before="98" w:after="0"/>
              <w:ind w:left="72" w:right="288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Величины. Работа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величинами: измерение длины (единица длины —миллиметр)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5A1BC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A1BCC" w:rsidRPr="000E6E69" w:rsidRDefault="00C6790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A1BCC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="00AC4256" w:rsidRPr="000E6E69">
              <w:rPr>
                <w:rFonts w:ascii="Times New Roman" w:hAnsi="Times New Roman"/>
                <w:sz w:val="24"/>
                <w:lang w:val="ru-RU"/>
              </w:rPr>
              <w:t>8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Величины. Работа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величинами: измерение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длины (единицы длины —метр, дециметр, сантиметр, миллиметр)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6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lastRenderedPageBreak/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9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36531" w:rsidP="0030650B">
            <w:pPr>
              <w:autoSpaceDE w:val="0"/>
              <w:autoSpaceDN w:val="0"/>
              <w:spacing w:before="100" w:after="0"/>
              <w:ind w:left="72" w:right="144"/>
              <w:jc w:val="both"/>
              <w:rPr>
                <w:b/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№2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36531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36531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100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Контрольная работа;</w:t>
            </w:r>
          </w:p>
        </w:tc>
      </w:tr>
      <w:tr w:rsidR="0045176C" w:rsidRPr="000E6E69" w:rsidTr="006D1E72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20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C7DF1" w:rsidP="0030650B">
            <w:pPr>
              <w:autoSpaceDE w:val="0"/>
              <w:autoSpaceDN w:val="0"/>
              <w:spacing w:before="98" w:after="0" w:line="28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Величины. Работа с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величинами: измерение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времени (единицы времени— час, минута). 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Единицывремени - час, минута, </w:t>
            </w:r>
            <w:r w:rsidR="007D595A" w:rsidRPr="000E6E69">
              <w:br/>
            </w:r>
            <w:r w:rsidR="007D595A" w:rsidRPr="000E6E69">
              <w:rPr>
                <w:rFonts w:ascii="Times New Roman" w:hAnsi="Times New Roman"/>
                <w:sz w:val="24"/>
              </w:rPr>
              <w:t>секунда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tbl>
      <w:tblPr>
        <w:tblW w:w="10788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7"/>
        <w:gridCol w:w="2126"/>
        <w:gridCol w:w="1560"/>
        <w:gridCol w:w="1559"/>
        <w:gridCol w:w="425"/>
        <w:gridCol w:w="1575"/>
      </w:tblGrid>
      <w:tr w:rsidR="0045176C" w:rsidRPr="000E6E69" w:rsidTr="006D1E72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21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Величины. Работа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величинами: измерение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времени (единицы времени— час, минута).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Определениевременипочасам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13349" w:rsidRPr="000E6E69" w:rsidTr="006D1E72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22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A13349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Величины. Работа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величинами: измерение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времени (единицы времени— час, минута).</w:t>
            </w:r>
          </w:p>
          <w:p w:rsidR="00A13349" w:rsidRPr="000E6E69" w:rsidRDefault="00A13349" w:rsidP="00A13349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Определениевременипочасам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jc w:val="both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23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1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Величины. Работа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величинами. Сравнение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предметов по стоимости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(единицы стоимости - рубль, копейка)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24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Величины. Соотношения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между единицами величины (в пределах 100)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2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5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62" w:lineRule="auto"/>
              <w:ind w:right="86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Величины. Решение практических задач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2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6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62" w:lineRule="auto"/>
              <w:ind w:left="72" w:right="720"/>
              <w:jc w:val="both"/>
            </w:pPr>
            <w:r w:rsidRPr="000E6E69">
              <w:rPr>
                <w:rFonts w:ascii="Times New Roman" w:hAnsi="Times New Roman"/>
                <w:sz w:val="24"/>
              </w:rPr>
              <w:t>Величины. Измерение величин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13349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27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autoSpaceDE w:val="0"/>
              <w:autoSpaceDN w:val="0"/>
              <w:spacing w:before="98" w:after="0" w:line="262" w:lineRule="auto"/>
              <w:ind w:left="72" w:right="720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>Величины. Измерение величин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jc w:val="both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5176C" w:rsidRPr="000E6E69" w:rsidTr="006D1E72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lastRenderedPageBreak/>
              <w:t>2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8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 без перехода и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переходом через разряд.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>Сложение и вычитаниевида 40 + 5, 45 – 5, 45 – 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4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2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9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 без перехода и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переходом через разряд.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Приёмы вычислений для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случаев вида 46 + 2, 46 + 20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7"/>
        <w:gridCol w:w="2126"/>
        <w:gridCol w:w="1560"/>
        <w:gridCol w:w="1559"/>
        <w:gridCol w:w="425"/>
        <w:gridCol w:w="1559"/>
      </w:tblGrid>
      <w:tr w:rsidR="0045176C" w:rsidRPr="000E6E69" w:rsidTr="006D1E72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30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 без перехода и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переходом через разряд.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Приёмы вычислений для случаев вида 46 ‒ 2, 46 ‒ 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46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31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8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 без перехода и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переходом через разряд.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ind w:left="72" w:right="288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Приёмы вычислений для случаев вида 46 + 4, 50 ‒ 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13349" w:rsidRPr="000E6E69" w:rsidTr="006D1E72">
        <w:trPr>
          <w:trHeight w:hRule="exact" w:val="246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32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A13349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A13349" w:rsidRPr="000E6E69" w:rsidRDefault="00A13349" w:rsidP="00A13349">
            <w:pPr>
              <w:autoSpaceDE w:val="0"/>
              <w:autoSpaceDN w:val="0"/>
              <w:spacing w:before="70" w:after="0" w:line="278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 без перехода и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переходом через разряд.</w:t>
            </w:r>
          </w:p>
          <w:p w:rsidR="00A13349" w:rsidRPr="000E6E69" w:rsidRDefault="00A13349" w:rsidP="00A13349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Приёмы вычислений для случаев вида 46 + 4, 50 ‒ 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33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 без перехода и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переходом через разряд.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Приёмы вычислений для случаев вида 80 ‒ 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34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 без перехода и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переходом через разряд.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Приёмы вычислений для случаев вида 46 + 8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35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A2559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Математический диктант №3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2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 без перехода и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переходом через разряд.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Приёмы вычислений для случаев вида 64 ‒ 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AC4256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36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Письменное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100. </w:t>
            </w:r>
            <w:r w:rsidRPr="000E6E69">
              <w:rPr>
                <w:rFonts w:ascii="Times New Roman" w:hAnsi="Times New Roman"/>
                <w:sz w:val="24"/>
              </w:rPr>
              <w:t>Сложение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вида 35 + 43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13349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37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A13349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A13349" w:rsidRPr="000E6E69" w:rsidRDefault="00A13349" w:rsidP="00A13349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Письменное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100. </w:t>
            </w:r>
            <w:r w:rsidRPr="000E6E69">
              <w:rPr>
                <w:rFonts w:ascii="Times New Roman" w:hAnsi="Times New Roman"/>
                <w:sz w:val="24"/>
              </w:rPr>
              <w:t>Сложение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вида 35 + 43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7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3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8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C2F30" w:rsidRPr="000E6E69" w:rsidRDefault="00EC2F30" w:rsidP="00EC2F30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b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 xml:space="preserve">Контрольная работа №3 </w:t>
            </w:r>
          </w:p>
          <w:p w:rsidR="0045176C" w:rsidRPr="000E6E69" w:rsidRDefault="0045176C" w:rsidP="0030650B">
            <w:pPr>
              <w:autoSpaceDE w:val="0"/>
              <w:autoSpaceDN w:val="0"/>
              <w:spacing w:before="70" w:after="0" w:line="271" w:lineRule="auto"/>
              <w:ind w:left="72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62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>Контрольная работа;</w:t>
            </w:r>
          </w:p>
        </w:tc>
      </w:tr>
      <w:tr w:rsidR="0045176C" w:rsidRPr="000E6E69" w:rsidTr="006D1E72">
        <w:trPr>
          <w:trHeight w:hRule="exact" w:val="156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3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9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C7DF1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Письменное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100. </w:t>
            </w:r>
            <w:r w:rsidRPr="000E6E69">
              <w:rPr>
                <w:rFonts w:ascii="Times New Roman" w:hAnsi="Times New Roman"/>
                <w:sz w:val="24"/>
              </w:rPr>
              <w:t>Сложение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вида 52 + 38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40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Письменное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100. </w:t>
            </w:r>
            <w:r w:rsidRPr="000E6E69">
              <w:rPr>
                <w:rFonts w:ascii="Times New Roman" w:hAnsi="Times New Roman"/>
                <w:sz w:val="24"/>
              </w:rPr>
              <w:t>Сложение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вида 43 + 37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41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2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Письменное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100. </w:t>
            </w:r>
            <w:r w:rsidRPr="000E6E69">
              <w:rPr>
                <w:rFonts w:ascii="Times New Roman" w:hAnsi="Times New Roman"/>
                <w:sz w:val="24"/>
              </w:rPr>
              <w:t>Вычитания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вида 46 +4, 50 – 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13349" w:rsidRPr="000E6E69" w:rsidTr="006D1E72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42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A13349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A13349" w:rsidRPr="000E6E69" w:rsidRDefault="00A13349" w:rsidP="00A13349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Письменное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100. </w:t>
            </w:r>
            <w:r w:rsidRPr="000E6E69">
              <w:rPr>
                <w:rFonts w:ascii="Times New Roman" w:hAnsi="Times New Roman"/>
                <w:sz w:val="24"/>
              </w:rPr>
              <w:t>Вычитания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вида 46 +4, 50 – 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43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Письменное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100. </w:t>
            </w:r>
            <w:r w:rsidRPr="000E6E69">
              <w:rPr>
                <w:rFonts w:ascii="Times New Roman" w:hAnsi="Times New Roman"/>
                <w:sz w:val="24"/>
              </w:rPr>
              <w:t>Вычитание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вида 60 – 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44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Письменное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100. </w:t>
            </w:r>
            <w:r w:rsidRPr="000E6E69">
              <w:rPr>
                <w:rFonts w:ascii="Times New Roman" w:hAnsi="Times New Roman"/>
                <w:sz w:val="24"/>
              </w:rPr>
              <w:t>Вычитание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вида 58 - 29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45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Письменное сложение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вычитание чисел в пределах 100. </w:t>
            </w:r>
            <w:r w:rsidRPr="000E6E69">
              <w:rPr>
                <w:rFonts w:ascii="Times New Roman" w:hAnsi="Times New Roman"/>
                <w:sz w:val="24"/>
              </w:rPr>
              <w:t>Вычитание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вида 45 – 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46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 Переместительное свойство сложения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13349" w:rsidRPr="000E6E69" w:rsidTr="006D1E72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47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 Переместительное свойство сложения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48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Сочетательное свойство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сложения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49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288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Переместительное,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сочетательное свойства сложения, их применение для вычислений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5</w:t>
            </w:r>
            <w:r w:rsidR="007D595A" w:rsidRPr="000E6E69">
              <w:rPr>
                <w:rFonts w:ascii="Times New Roman" w:hAnsi="Times New Roman"/>
                <w:sz w:val="24"/>
              </w:rPr>
              <w:t>0.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Взаимосвязь компонентов и результата действия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сложения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7"/>
        <w:gridCol w:w="2126"/>
        <w:gridCol w:w="1560"/>
        <w:gridCol w:w="1559"/>
        <w:gridCol w:w="425"/>
        <w:gridCol w:w="1559"/>
      </w:tblGrid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5</w:t>
            </w:r>
            <w:r w:rsidR="007D595A" w:rsidRPr="000E6E69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Неизвестный компонент действия сложения, его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нахождение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13349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52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Неизвестный компонент действия сложения, его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нахождение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53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Взаимосвязь компонентов и результата действия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вычитания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7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54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A2559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Математический диктант №4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 Неизвестный компонент действия вычитания, его нахождение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55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Проверка результата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вычисления (реальность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ответа, обратное действие).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Проверка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сложения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75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56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70" w:after="0" w:line="230" w:lineRule="auto"/>
              <w:ind w:left="72"/>
              <w:jc w:val="both"/>
              <w:rPr>
                <w:b/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</w:rPr>
              <w:t>Контрольная работа</w:t>
            </w: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 xml:space="preserve"> №4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EC2F30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>Контрольная работа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;</w:t>
            </w:r>
          </w:p>
        </w:tc>
      </w:tr>
      <w:tr w:rsidR="0045176C" w:rsidRPr="000E6E69" w:rsidTr="006D1E72">
        <w:trPr>
          <w:trHeight w:hRule="exact" w:val="18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57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C7DF1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Действия умножения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деления чисел. Конкретный смысл арифметического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действия умножения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13349" w:rsidRPr="000E6E69" w:rsidTr="006D1E72">
        <w:trPr>
          <w:trHeight w:hRule="exact" w:val="18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58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A13349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A13349" w:rsidRPr="000E6E69" w:rsidRDefault="00A13349" w:rsidP="00A13349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Действия умножения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деления чисел. Конкретный смысл арифметического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действия умножения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A13349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13349" w:rsidRPr="000E6E69" w:rsidRDefault="00C6790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59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2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Действия умножения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деления чисел. Конкретный смысл арифметического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действия деления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60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 Взаимосвязь сложения и умножения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61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Иллюстрация умножения с помощью предметной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модели сюжетной ситуации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7"/>
        <w:gridCol w:w="2126"/>
        <w:gridCol w:w="1560"/>
        <w:gridCol w:w="1559"/>
        <w:gridCol w:w="425"/>
        <w:gridCol w:w="1559"/>
      </w:tblGrid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66DA7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tab/>
            </w:r>
            <w:r w:rsidR="00AC4256" w:rsidRPr="000E6E69">
              <w:rPr>
                <w:rFonts w:ascii="Times New Roman" w:hAnsi="Times New Roman"/>
                <w:sz w:val="24"/>
                <w:lang w:val="ru-RU"/>
              </w:rPr>
              <w:t>62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Названия компонентов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действий умножения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63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Названия компонентов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действий умножения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64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Названия компонентов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действий деления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65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Умножение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числа 2 и на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66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Деление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на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67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Умножениечисла 3 и на 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68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Умножениечисла 3 и на 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69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Деление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на 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70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Умножениечисла 4 и на 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71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Деление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на 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9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72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A2559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Математический диктант №5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br/>
              <w:t xml:space="preserve">пределах 50. </w:t>
            </w:r>
            <w:r w:rsidR="007D595A" w:rsidRPr="000E6E69">
              <w:rPr>
                <w:rFonts w:ascii="Times New Roman" w:hAnsi="Times New Roman"/>
                <w:sz w:val="24"/>
              </w:rPr>
              <w:t>Умножениечисла 5 и на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19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73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br/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Умножениечисла 5 и на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74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Деление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на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7"/>
        <w:gridCol w:w="2126"/>
        <w:gridCol w:w="1560"/>
        <w:gridCol w:w="1559"/>
        <w:gridCol w:w="425"/>
        <w:gridCol w:w="1559"/>
      </w:tblGrid>
      <w:tr w:rsidR="0045176C" w:rsidRPr="000E6E69" w:rsidTr="006D1E72">
        <w:trPr>
          <w:trHeight w:hRule="exact" w:val="7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66DA7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tab/>
            </w:r>
            <w:r w:rsidR="00AC4256" w:rsidRPr="000E6E69">
              <w:rPr>
                <w:rFonts w:ascii="Times New Roman" w:hAnsi="Times New Roman"/>
                <w:sz w:val="24"/>
                <w:lang w:val="ru-RU"/>
              </w:rPr>
              <w:t>75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b/>
              </w:rPr>
            </w:pPr>
            <w:r w:rsidRPr="000E6E69">
              <w:rPr>
                <w:rFonts w:ascii="Times New Roman" w:hAnsi="Times New Roman"/>
                <w:b/>
                <w:sz w:val="24"/>
              </w:rPr>
              <w:t>Контрольная работа</w:t>
            </w: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 xml:space="preserve"> №5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>Контрольная работа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;</w:t>
            </w:r>
          </w:p>
        </w:tc>
      </w:tr>
      <w:tr w:rsidR="0045176C" w:rsidRPr="000E6E69" w:rsidTr="006D1E72">
        <w:trPr>
          <w:trHeight w:hRule="exact" w:val="134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76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C7DF1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пределах 50. Деление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на 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62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77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Умножение</w:t>
            </w:r>
            <w:r w:rsidR="002C7DF1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числа 7 и на 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78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Умножение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числа 7 и на 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79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Деление</w:t>
            </w:r>
            <w:r w:rsidR="002C7DF1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на 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80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Умножение</w:t>
            </w:r>
            <w:r w:rsidR="002C7DF1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числа 8 и на 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81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Деление</w:t>
            </w:r>
            <w:r w:rsidR="002C7DF1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на 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82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Умножениечисла 9 и на 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83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Умножениечисла 9 и на 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84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Табличное умножение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пределах 50. </w:t>
            </w:r>
            <w:r w:rsidRPr="000E6E69">
              <w:rPr>
                <w:rFonts w:ascii="Times New Roman" w:hAnsi="Times New Roman"/>
                <w:sz w:val="24"/>
              </w:rPr>
              <w:t>Деление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на 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85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Табличные случаи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умножения, деления при вычислениях и решении задач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86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 Умножение на 1, на 0 (по правилу)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7"/>
        <w:gridCol w:w="2126"/>
        <w:gridCol w:w="1560"/>
        <w:gridCol w:w="1559"/>
        <w:gridCol w:w="425"/>
        <w:gridCol w:w="1559"/>
      </w:tblGrid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66DA7" w:rsidP="00A66DA7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tab/>
            </w:r>
            <w:r w:rsidR="00AC4256" w:rsidRPr="000E6E69"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 Переместительное свойство умножения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88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98" w:after="0" w:line="271" w:lineRule="auto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 Переместительное свойство умножения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89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Взаимосвязь компонентов и результата действия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умножения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90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3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Взаимосвязь компонентов и результата действия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умножения. </w:t>
            </w:r>
            <w:r w:rsidRPr="000E6E69">
              <w:rPr>
                <w:rFonts w:ascii="Times New Roman" w:hAnsi="Times New Roman"/>
                <w:sz w:val="24"/>
              </w:rPr>
              <w:t>Нахождение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неизвестного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компонента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действия умножение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77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91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A2559" w:rsidP="0030650B">
            <w:pPr>
              <w:autoSpaceDE w:val="0"/>
              <w:autoSpaceDN w:val="0"/>
              <w:spacing w:before="98" w:after="0" w:line="271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Математический диктант №6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 Взаимосвязь компонентов и результата действия деления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92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Взаимосвязь компонентов и результата действия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деления. </w:t>
            </w:r>
            <w:r w:rsidRPr="000E6E69">
              <w:rPr>
                <w:rFonts w:ascii="Times New Roman" w:hAnsi="Times New Roman"/>
                <w:sz w:val="24"/>
              </w:rPr>
              <w:t>Нахождение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неизвестного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компонента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действия умножение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93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98" w:after="0" w:line="281" w:lineRule="auto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Арифметические действия. Взаимосвязь компонентов и результата действия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деления. </w:t>
            </w:r>
            <w:r w:rsidRPr="000E6E69">
              <w:rPr>
                <w:rFonts w:ascii="Times New Roman" w:hAnsi="Times New Roman"/>
                <w:sz w:val="24"/>
              </w:rPr>
              <w:t>Нахождение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неизвестного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компонента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действия умножение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8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94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70" w:after="0" w:line="271" w:lineRule="auto"/>
              <w:ind w:left="72" w:right="144"/>
              <w:jc w:val="both"/>
              <w:rPr>
                <w:b/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№6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Контрольная работа;</w:t>
            </w:r>
          </w:p>
        </w:tc>
      </w:tr>
      <w:tr w:rsidR="0045176C" w:rsidRPr="000E6E69" w:rsidTr="006D1E72">
        <w:trPr>
          <w:trHeight w:hRule="exact" w:val="32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95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C7DF1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2" w:after="0" w:line="286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Порядок выполнения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действий в числовом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выражении, содержащем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действия сложения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вычитания (без скобок) 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пределах 100 (не более трёх действий); нахождение его значения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tbl>
      <w:tblPr>
        <w:tblW w:w="10759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87"/>
        <w:gridCol w:w="2956"/>
        <w:gridCol w:w="2126"/>
        <w:gridCol w:w="1560"/>
        <w:gridCol w:w="1559"/>
        <w:gridCol w:w="425"/>
        <w:gridCol w:w="1546"/>
      </w:tblGrid>
      <w:tr w:rsidR="0045176C" w:rsidRPr="000E6E69" w:rsidTr="006D1E72">
        <w:trPr>
          <w:trHeight w:hRule="exact" w:val="327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66DA7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lang w:val="ru-RU"/>
              </w:rPr>
              <w:tab/>
            </w:r>
            <w:r w:rsidR="00AC4256" w:rsidRPr="000E6E69">
              <w:rPr>
                <w:rFonts w:ascii="Times New Roman" w:hAnsi="Times New Roman"/>
                <w:sz w:val="24"/>
                <w:lang w:val="ru-RU"/>
              </w:rPr>
              <w:t>96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86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Порядок выполнения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действий в числовом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выражении, содержащем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действия сложения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вычитания (со скобками) в пределах 100 (не более трёх действий); нахождение его значения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47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97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 Вычитание суммы из числа, числа из суммы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1547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98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100" w:after="0" w:line="271" w:lineRule="auto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 Вычитание суммы из числа, числа из суммы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  <w:rPr>
                <w:lang w:val="ru-RU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4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99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Арифметические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Вычисление суммы,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разности удобным способом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4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100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Текстовые задачи. Чтение, представление текста задачи в виде рисунка, схемы или другой модели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23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101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1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Текстовые задачи. Чтение, представление текста задачи в виде рисунка, схемы или другой модели. </w:t>
            </w:r>
            <w:r w:rsidRPr="000E6E69">
              <w:rPr>
                <w:rFonts w:ascii="Times New Roman" w:hAnsi="Times New Roman"/>
                <w:sz w:val="24"/>
              </w:rPr>
              <w:t>Составление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моделей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для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 xml:space="preserve">задач в два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действия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893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102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1" w:lineRule="auto"/>
              <w:ind w:left="72" w:right="288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Текстовые задачи. План решения задачи в два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действия, выбор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соответствующих плану арифметических действий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1893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103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98" w:after="0" w:line="281" w:lineRule="auto"/>
              <w:ind w:left="72" w:right="28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Текстовые задачи. План решения задачи в два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действия, выбор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соответствующих плану арифметических действий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  <w:rPr>
                <w:lang w:val="ru-RU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58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104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1" w:lineRule="auto"/>
              <w:ind w:left="72" w:right="288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Текстовые задачи. План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решения задачи в два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действия, выбор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соответствующих плану арифметических действий.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ind w:left="72" w:right="86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Решение задач в два действия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52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105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62" w:lineRule="auto"/>
              <w:ind w:left="72" w:right="288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Текстовые задачи. Запись решения и ответа задачи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7"/>
        <w:gridCol w:w="2126"/>
        <w:gridCol w:w="1560"/>
        <w:gridCol w:w="1559"/>
        <w:gridCol w:w="425"/>
        <w:gridCol w:w="1559"/>
      </w:tblGrid>
      <w:tr w:rsidR="0045176C" w:rsidRPr="000E6E69" w:rsidTr="006D1E72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66DA7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lang w:val="ru-RU"/>
              </w:rPr>
              <w:tab/>
            </w:r>
            <w:r w:rsidR="00AC4256" w:rsidRPr="000E6E69">
              <w:rPr>
                <w:rFonts w:ascii="Times New Roman" w:hAnsi="Times New Roman"/>
                <w:sz w:val="24"/>
                <w:lang w:val="ru-RU"/>
              </w:rPr>
              <w:t>106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Текстовые задачи. Решение текстовых задач на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применение смысла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арифметического действия (сложение, вычитание)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107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8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Текстовые задачи. Решение текстовых задач на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применение смысла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арифметического действия (умножение, деление)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108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100" w:after="0" w:line="281" w:lineRule="auto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Текстовые задачи. Решение текстовых задач на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применение смысла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арифметического действия (умножение, деление)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109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3887" w:rsidRPr="000E6E69" w:rsidRDefault="001B5BC8" w:rsidP="00283887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№</w:t>
            </w:r>
            <w:r w:rsidR="00283887" w:rsidRPr="000E6E69">
              <w:rPr>
                <w:rFonts w:ascii="Times New Roman" w:hAnsi="Times New Roman"/>
                <w:b/>
                <w:sz w:val="24"/>
                <w:lang w:val="ru-RU"/>
              </w:rPr>
              <w:t>7</w:t>
            </w:r>
          </w:p>
          <w:p w:rsidR="0045176C" w:rsidRPr="000E6E69" w:rsidRDefault="0045176C" w:rsidP="0030650B">
            <w:pPr>
              <w:autoSpaceDE w:val="0"/>
              <w:autoSpaceDN w:val="0"/>
              <w:spacing w:before="70" w:after="0"/>
              <w:ind w:left="72" w:right="432"/>
              <w:jc w:val="both"/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83887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83887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Контрольная работа</w:t>
            </w:r>
          </w:p>
        </w:tc>
      </w:tr>
      <w:tr w:rsidR="0045176C" w:rsidRPr="000E6E69" w:rsidTr="006D1E72">
        <w:trPr>
          <w:trHeight w:hRule="exact" w:val="172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110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3887" w:rsidRPr="000E6E69" w:rsidRDefault="00283887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Работа над ошибками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Текстовые задачи.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 w:right="28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Расчётные задачи на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увеличение/уменьшение величины в несколько раз</w:t>
            </w:r>
          </w:p>
          <w:p w:rsidR="00D90C5C" w:rsidRPr="000E6E69" w:rsidRDefault="00D90C5C" w:rsidP="0030650B">
            <w:pPr>
              <w:autoSpaceDE w:val="0"/>
              <w:autoSpaceDN w:val="0"/>
              <w:spacing w:before="70" w:after="0" w:line="271" w:lineRule="auto"/>
              <w:ind w:left="72" w:right="288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D90C5C" w:rsidRPr="000E6E69" w:rsidRDefault="00D90C5C" w:rsidP="0030650B">
            <w:pPr>
              <w:autoSpaceDE w:val="0"/>
              <w:autoSpaceDN w:val="0"/>
              <w:spacing w:before="70" w:after="0" w:line="271" w:lineRule="auto"/>
              <w:ind w:left="72" w:right="288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D90C5C" w:rsidRPr="000E6E69" w:rsidRDefault="00D90C5C" w:rsidP="0030650B">
            <w:pPr>
              <w:autoSpaceDE w:val="0"/>
              <w:autoSpaceDN w:val="0"/>
              <w:spacing w:before="70" w:after="0" w:line="271" w:lineRule="auto"/>
              <w:ind w:left="72" w:right="288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D90C5C" w:rsidRPr="000E6E69" w:rsidRDefault="00D90C5C" w:rsidP="0030650B">
            <w:pPr>
              <w:autoSpaceDE w:val="0"/>
              <w:autoSpaceDN w:val="0"/>
              <w:spacing w:before="70" w:after="0" w:line="271" w:lineRule="auto"/>
              <w:ind w:left="72" w:right="288"/>
              <w:jc w:val="both"/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111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83887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Математический диктант №7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Текстовые задачи.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Расчётные задачи на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увеличение/уменьшение величины на несколько единиц, в несколько раз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7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112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BC8" w:rsidRPr="000E6E69" w:rsidRDefault="001B5BC8" w:rsidP="001B5BC8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Текстовые задачи.</w:t>
            </w:r>
          </w:p>
          <w:p w:rsidR="0045176C" w:rsidRPr="000E6E69" w:rsidRDefault="001B5BC8" w:rsidP="001B5BC8">
            <w:pPr>
              <w:autoSpaceDE w:val="0"/>
              <w:autoSpaceDN w:val="0"/>
              <w:spacing w:before="100" w:after="0" w:line="283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Расчётные задачи на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увеличение/уменьшение величины на несколько единиц</w:t>
            </w: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83887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83887" w:rsidP="0030650B">
            <w:pPr>
              <w:autoSpaceDE w:val="0"/>
              <w:autoSpaceDN w:val="0"/>
              <w:spacing w:before="100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Устный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опрос;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Практическая работа</w:t>
            </w:r>
            <w:r w:rsidR="00EC2F30" w:rsidRPr="000E6E69">
              <w:rPr>
                <w:lang w:val="ru-RU"/>
              </w:rPr>
              <w:t>;</w:t>
            </w:r>
          </w:p>
        </w:tc>
      </w:tr>
      <w:tr w:rsidR="001E52CD" w:rsidRPr="000E6E69" w:rsidTr="006D1E72">
        <w:trPr>
          <w:trHeight w:hRule="exact" w:val="17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113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BC8" w:rsidRPr="000E6E69" w:rsidRDefault="001B5BC8" w:rsidP="001B5BC8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Текстовые задачи.</w:t>
            </w:r>
          </w:p>
          <w:p w:rsidR="001E52CD" w:rsidRPr="000E6E69" w:rsidRDefault="001B5BC8" w:rsidP="001B5BC8">
            <w:pPr>
              <w:autoSpaceDE w:val="0"/>
              <w:autoSpaceDN w:val="0"/>
              <w:spacing w:before="100" w:after="0" w:line="283" w:lineRule="auto"/>
              <w:ind w:left="72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Расчётные задачи на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увеличение/уменьшение величины на несколько единиц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283887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283887" w:rsidP="0030650B">
            <w:pPr>
              <w:autoSpaceDE w:val="0"/>
              <w:autoSpaceDN w:val="0"/>
              <w:spacing w:before="100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Устный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опрос;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Практическая работа</w:t>
            </w:r>
            <w:r w:rsidRPr="000E6E69">
              <w:rPr>
                <w:lang w:val="ru-RU"/>
              </w:rPr>
              <w:t>;</w:t>
            </w:r>
          </w:p>
        </w:tc>
      </w:tr>
      <w:tr w:rsidR="0045176C" w:rsidRPr="000E6E69" w:rsidTr="006D1E72">
        <w:trPr>
          <w:trHeight w:hRule="exact" w:val="312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114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C7DF1" w:rsidP="0030650B">
            <w:pPr>
              <w:autoSpaceDE w:val="0"/>
              <w:autoSpaceDN w:val="0"/>
              <w:spacing w:before="98" w:after="0" w:line="286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Текстовые задачи. Фиксация ответа к задаче и его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проверка (формулирование, проверка на достоверность, следование плану,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соответствие поставленному вопросу). </w:t>
            </w:r>
            <w:r w:rsidR="007D595A" w:rsidRPr="000E6E69">
              <w:rPr>
                <w:rFonts w:ascii="Times New Roman" w:hAnsi="Times New Roman"/>
                <w:sz w:val="24"/>
              </w:rPr>
              <w:t>Проверкарешениязадач в два действия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7"/>
        <w:gridCol w:w="2126"/>
        <w:gridCol w:w="1560"/>
        <w:gridCol w:w="1559"/>
        <w:gridCol w:w="425"/>
        <w:gridCol w:w="1559"/>
      </w:tblGrid>
      <w:tr w:rsidR="0045176C" w:rsidRPr="000E6E69" w:rsidTr="006D1E72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115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2" w:after="0"/>
              <w:ind w:left="72" w:right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Распознавание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изображение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геометрических фигур: точка, прямая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116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8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Распознавание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изображение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геометрических фигур: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прямой угол .Угол. Прямой угол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9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117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Распознавание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изображение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геометрических фигур: ломаная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29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118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1E52CD">
            <w:pPr>
              <w:autoSpaceDE w:val="0"/>
              <w:autoSpaceDN w:val="0"/>
              <w:spacing w:before="98" w:after="0" w:line="271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1E52CD" w:rsidRPr="000E6E69" w:rsidRDefault="001E52CD" w:rsidP="001E52CD">
            <w:pPr>
              <w:autoSpaceDE w:val="0"/>
              <w:autoSpaceDN w:val="0"/>
              <w:spacing w:before="98" w:after="0" w:line="271" w:lineRule="auto"/>
              <w:ind w:left="72" w:right="43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Распознавание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изображение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геометрических фигур: ломаная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119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Распознавание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изображение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геометрических фигур: многоугольник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10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120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Распознавание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изображение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геометрических фигур. </w:t>
            </w:r>
            <w:r w:rsidRPr="000E6E69">
              <w:rPr>
                <w:rFonts w:ascii="Times New Roman" w:hAnsi="Times New Roman"/>
                <w:sz w:val="24"/>
              </w:rPr>
              <w:t>Луч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p w:rsidR="00AB23A3" w:rsidRPr="006D1E72" w:rsidRDefault="00AB23A3" w:rsidP="0030650B">
      <w:pPr>
        <w:autoSpaceDE w:val="0"/>
        <w:autoSpaceDN w:val="0"/>
        <w:spacing w:after="0" w:line="14" w:lineRule="exact"/>
        <w:jc w:val="both"/>
      </w:pPr>
    </w:p>
    <w:tbl>
      <w:tblPr>
        <w:tblW w:w="10631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164"/>
        <w:gridCol w:w="1725"/>
      </w:tblGrid>
      <w:tr w:rsidR="0045176C" w:rsidRPr="000E6E69" w:rsidTr="00D90C5C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121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8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Распознавание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изображение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геометрических фигур: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точка, прямая, прямой угол, ломаная, многоугольник.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122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71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Построение отрезка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заданной длины с помощью линейки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D90C5C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123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1E52CD">
            <w:pPr>
              <w:autoSpaceDE w:val="0"/>
              <w:autoSpaceDN w:val="0"/>
              <w:spacing w:before="100" w:after="0" w:line="271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1E52CD" w:rsidRPr="000E6E69" w:rsidRDefault="001E52CD" w:rsidP="001E52CD">
            <w:pPr>
              <w:autoSpaceDE w:val="0"/>
              <w:autoSpaceDN w:val="0"/>
              <w:spacing w:before="100" w:after="0" w:line="271" w:lineRule="auto"/>
              <w:ind w:left="72" w:right="43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Построение отрезка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заданной длины с помощью линейки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100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124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Изображение на клетчатой бумаге прямоугольника с заданными длинами сторон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268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25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71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Изображение на клетчатой бумаге квадрата с заданной длиной стороны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306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26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2" w:after="0" w:line="281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Изображение на клетчатой бумаге прямоугольника с заданными длинами сторон, квадрата с заданной длиной стороны. </w:t>
            </w:r>
            <w:r w:rsidRPr="000E6E69">
              <w:rPr>
                <w:rFonts w:ascii="Times New Roman" w:hAnsi="Times New Roman"/>
                <w:sz w:val="24"/>
              </w:rPr>
              <w:t>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23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lastRenderedPageBreak/>
              <w:t>1</w:t>
            </w:r>
            <w:r w:rsidR="00AC4256" w:rsidRPr="000E6E69">
              <w:rPr>
                <w:rFonts w:ascii="Times New Roman" w:hAnsi="Times New Roman"/>
                <w:sz w:val="24"/>
                <w:lang w:val="ru-RU"/>
              </w:rPr>
              <w:t>27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Длина ломаной. Нахождение длины незамкнутой ломаной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D90C5C">
        <w:trPr>
          <w:trHeight w:hRule="exact" w:val="23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AC4256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128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1E52CD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1E52CD" w:rsidRPr="000E6E69" w:rsidRDefault="001E52CD" w:rsidP="001E52CD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Длина ломаной. Нахождение длины незамкнутой ломаной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  <w:rPr>
          <w:lang w:val="ru-RU"/>
        </w:rPr>
      </w:pPr>
    </w:p>
    <w:tbl>
      <w:tblPr>
        <w:tblW w:w="10631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164"/>
        <w:gridCol w:w="1725"/>
      </w:tblGrid>
      <w:tr w:rsidR="0045176C" w:rsidRPr="000E6E69" w:rsidTr="00D90C5C">
        <w:trPr>
          <w:trHeight w:hRule="exact" w:val="2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29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7A2559" w:rsidRPr="000E6E69">
              <w:rPr>
                <w:rFonts w:ascii="Times New Roman" w:hAnsi="Times New Roman"/>
                <w:b/>
                <w:sz w:val="24"/>
                <w:lang w:val="ru-RU"/>
              </w:rPr>
              <w:t>Математический диктант №8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62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Длина ломаной. Нахождение длины замкнутой ломаной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184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AC4256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30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30" w:lineRule="auto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Длина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ломаной.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7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31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EC2F30">
            <w:pPr>
              <w:autoSpaceDE w:val="0"/>
              <w:autoSpaceDN w:val="0"/>
              <w:spacing w:before="100" w:after="0" w:line="28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EC2F30" w:rsidRPr="000E6E69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№8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62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>Контрольная работа;</w:t>
            </w:r>
          </w:p>
        </w:tc>
      </w:tr>
      <w:tr w:rsidR="0045176C" w:rsidRPr="000E6E69" w:rsidTr="00D90C5C">
        <w:trPr>
          <w:trHeight w:hRule="exact" w:val="33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32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2C7DF1" w:rsidRPr="000E6E69"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81" w:lineRule="auto"/>
              <w:ind w:left="72" w:right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Измерение периметра данного/изображённого прямоугольника, запись результата измерения в сантиметрах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D90C5C">
        <w:trPr>
          <w:trHeight w:hRule="exact" w:val="33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133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1E52CD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1E52CD" w:rsidRPr="000E6E69" w:rsidRDefault="001E52CD" w:rsidP="001E52CD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Измерение периметра данного/изображённого прямоугольника, запись результата измерения в сантиметрах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382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lastRenderedPageBreak/>
              <w:t>1</w:t>
            </w:r>
            <w:r w:rsidR="00C67905" w:rsidRPr="000E6E69">
              <w:rPr>
                <w:rFonts w:ascii="Times New Roman" w:hAnsi="Times New Roman"/>
                <w:sz w:val="24"/>
                <w:lang w:val="ru-RU"/>
              </w:rPr>
              <w:t>34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83" w:lineRule="auto"/>
              <w:ind w:left="72" w:right="288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Измерение периметра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данного/изображённого прямоугольника, запись результата измерения в сантиметрах. </w:t>
            </w:r>
            <w:r w:rsidRPr="000E6E69">
              <w:rPr>
                <w:rFonts w:ascii="Times New Roman" w:hAnsi="Times New Roman"/>
                <w:sz w:val="24"/>
              </w:rPr>
              <w:t>Свойсво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противоположных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сторон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прямоугольника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28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35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Измерение периметра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данного/изображённого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квадрата, запись результата измерения в сантиметрах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tbl>
      <w:tblPr>
        <w:tblW w:w="10631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164"/>
        <w:gridCol w:w="1725"/>
      </w:tblGrid>
      <w:tr w:rsidR="0045176C" w:rsidRPr="000E6E69" w:rsidTr="00D90C5C">
        <w:trPr>
          <w:trHeight w:hRule="exact" w:val="29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36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81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Измерение периметра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данного/изображённого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прямоугольника, квадрата, запись результата измерения в сантиметрах. </w:t>
            </w:r>
            <w:r w:rsidRPr="000E6E69">
              <w:rPr>
                <w:rFonts w:ascii="Times New Roman" w:hAnsi="Times New Roman"/>
                <w:sz w:val="24"/>
              </w:rPr>
              <w:t>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365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37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4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83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Измерение периметра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данного/изображённого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прямоугольника, квадрата, запись результата измерения в сантиметрах. </w:t>
            </w:r>
            <w:r w:rsidRPr="000E6E69">
              <w:rPr>
                <w:rFonts w:ascii="Times New Roman" w:hAnsi="Times New Roman"/>
                <w:sz w:val="24"/>
              </w:rPr>
              <w:t>Решение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задач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на</w:t>
            </w:r>
            <w:r w:rsidR="00AB23A3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нахождение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периметра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D90C5C">
        <w:trPr>
          <w:trHeight w:hRule="exact" w:val="365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lastRenderedPageBreak/>
              <w:t>138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1E52CD">
            <w:pPr>
              <w:autoSpaceDE w:val="0"/>
              <w:autoSpaceDN w:val="0"/>
              <w:spacing w:before="98" w:after="0" w:line="274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1E52CD" w:rsidRPr="000E6E69" w:rsidRDefault="001E52CD" w:rsidP="001E52CD">
            <w:pPr>
              <w:autoSpaceDE w:val="0"/>
              <w:autoSpaceDN w:val="0"/>
              <w:spacing w:before="98" w:after="0" w:line="274" w:lineRule="auto"/>
              <w:ind w:left="576" w:right="432" w:hanging="5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Измерение периметра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данного/изображённого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прямоугольника, квадрата, запись результата измерения в сантиметрах. </w:t>
            </w:r>
            <w:r w:rsidRPr="000E6E69">
              <w:rPr>
                <w:rFonts w:ascii="Times New Roman" w:hAnsi="Times New Roman"/>
                <w:sz w:val="24"/>
              </w:rPr>
              <w:t>Решение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задач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на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sz w:val="24"/>
              </w:rPr>
              <w:t>нахождение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периметра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285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C67905">
            <w:pPr>
              <w:autoSpaceDE w:val="0"/>
              <w:autoSpaceDN w:val="0"/>
              <w:spacing w:before="98" w:after="0" w:line="230" w:lineRule="auto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="00C67905" w:rsidRPr="000E6E69">
              <w:rPr>
                <w:rFonts w:ascii="Times New Roman" w:hAnsi="Times New Roman"/>
                <w:sz w:val="24"/>
                <w:lang w:val="ru-RU"/>
              </w:rPr>
              <w:t>39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геометрические фигуры.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288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Точка: конец отрезка,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вершина многоугольника. Обозначение точки буквой латинского алфавита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D90C5C">
        <w:trPr>
          <w:trHeight w:hRule="exact" w:val="27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="00C67905" w:rsidRPr="000E6E69">
              <w:rPr>
                <w:rFonts w:ascii="Times New Roman" w:hAnsi="Times New Roman"/>
                <w:sz w:val="24"/>
                <w:lang w:val="ru-RU"/>
              </w:rPr>
              <w:t>40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3" w:lineRule="auto"/>
              <w:ind w:left="576" w:right="288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информация. Нахождение, формулирование одного-двух общих признаков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набора математических объектов: чисел, величин, геометрических фигур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1E52CD">
        <w:trPr>
          <w:trHeight w:hRule="exact" w:val="195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41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576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информация. Классификация объектов по заданному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основанию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1E52CD">
        <w:trPr>
          <w:trHeight w:hRule="exact" w:val="19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="00C67905" w:rsidRPr="000E6E69">
              <w:rPr>
                <w:rFonts w:ascii="Times New Roman" w:hAnsi="Times New Roman"/>
                <w:sz w:val="24"/>
                <w:lang w:val="ru-RU"/>
              </w:rPr>
              <w:t>42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576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информация. Классификация объектов по самостоятельно установленному основанию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1E52CD">
        <w:trPr>
          <w:trHeight w:hRule="exact" w:val="19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143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98" w:after="0"/>
              <w:ind w:left="576" w:hanging="5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информация. Классификация объектов по самостоятельно установленному основанию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  <w:rPr>
          <w:lang w:val="ru-RU"/>
        </w:rPr>
      </w:pPr>
    </w:p>
    <w:tbl>
      <w:tblPr>
        <w:tblW w:w="10632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567"/>
        <w:gridCol w:w="9"/>
        <w:gridCol w:w="3110"/>
        <w:gridCol w:w="34"/>
        <w:gridCol w:w="675"/>
        <w:gridCol w:w="59"/>
        <w:gridCol w:w="1620"/>
        <w:gridCol w:w="22"/>
        <w:gridCol w:w="1559"/>
        <w:gridCol w:w="87"/>
        <w:gridCol w:w="1164"/>
        <w:gridCol w:w="25"/>
        <w:gridCol w:w="1701"/>
      </w:tblGrid>
      <w:tr w:rsidR="0045176C" w:rsidRPr="000E6E69" w:rsidTr="006D1E72">
        <w:trPr>
          <w:trHeight w:hRule="exact" w:val="2987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lastRenderedPageBreak/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44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29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Математическая </w:t>
            </w:r>
            <w:r w:rsidRPr="000E6E69">
              <w:rPr>
                <w:lang w:val="ru-RU"/>
              </w:rPr>
              <w:tab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информация.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81" w:lineRule="auto"/>
              <w:ind w:left="72" w:right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Закономерность в ряду чисел, геометрических фигур: её объяснение с использованием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математической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терминологии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3093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45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29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Математическая </w:t>
            </w:r>
            <w:r w:rsidRPr="000E6E69">
              <w:rPr>
                <w:lang w:val="ru-RU"/>
              </w:rPr>
              <w:tab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информация.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2" w:after="0" w:line="281" w:lineRule="auto"/>
              <w:ind w:left="72" w:right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Закономерность в ряду объектов повседневной жизни: её объяснение с использованием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математической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терминологии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8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844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="00C67905" w:rsidRPr="000E6E69">
              <w:rPr>
                <w:rFonts w:ascii="Times New Roman" w:hAnsi="Times New Roman"/>
                <w:sz w:val="24"/>
                <w:lang w:val="ru-RU"/>
              </w:rPr>
              <w:t>46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6" w:lineRule="auto"/>
              <w:ind w:left="576" w:right="576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информация. Верные (истинные) и неверные (ложные) утверждения, содержащие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количественные,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пространственные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отношения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683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="00C67905" w:rsidRPr="000E6E69">
              <w:rPr>
                <w:rFonts w:ascii="Times New Roman" w:hAnsi="Times New Roman"/>
                <w:sz w:val="24"/>
                <w:lang w:val="ru-RU"/>
              </w:rPr>
              <w:t>47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A2559" w:rsidP="0030650B">
            <w:pPr>
              <w:autoSpaceDE w:val="0"/>
              <w:autoSpaceDN w:val="0"/>
              <w:spacing w:before="98" w:after="0" w:line="281" w:lineRule="auto"/>
              <w:ind w:left="576" w:right="144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Математический диктант №9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Математическая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информация. Верные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(истинные) и неверные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(ложные) утверждения,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содержащие зависимости между числами/величинами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1E52CD" w:rsidRPr="000E6E69" w:rsidTr="006D1E72">
        <w:trPr>
          <w:trHeight w:hRule="exact" w:val="2693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C67905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148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autoSpaceDE w:val="0"/>
              <w:autoSpaceDN w:val="0"/>
              <w:spacing w:before="98" w:after="0" w:line="281" w:lineRule="auto"/>
              <w:ind w:left="576" w:right="144" w:hanging="576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информация. Верные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(истинные) и неверные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(ложные) утверждения,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содержащие зависимости между числами/величинами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E52CD" w:rsidP="0030650B">
            <w:pPr>
              <w:jc w:val="both"/>
              <w:rPr>
                <w:lang w:val="ru-RU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52CD" w:rsidRPr="000E6E69" w:rsidRDefault="001B5BC8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334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lastRenderedPageBreak/>
              <w:t>1</w:t>
            </w:r>
            <w:r w:rsidR="00C67905" w:rsidRPr="000E6E69">
              <w:rPr>
                <w:rFonts w:ascii="Times New Roman" w:hAnsi="Times New Roman"/>
                <w:sz w:val="24"/>
                <w:lang w:val="ru-RU"/>
              </w:rPr>
              <w:t>49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29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Математическая </w:t>
            </w:r>
            <w:r w:rsidRPr="000E6E69">
              <w:rPr>
                <w:lang w:val="ru-RU"/>
              </w:rPr>
              <w:tab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информация.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/>
              <w:ind w:left="72" w:right="86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Конструирование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утверждений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использованием слов«каждый», «все»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715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50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EC2F30">
            <w:pPr>
              <w:autoSpaceDE w:val="0"/>
              <w:autoSpaceDN w:val="0"/>
              <w:spacing w:before="98" w:after="0" w:line="286" w:lineRule="auto"/>
              <w:ind w:left="576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№9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  <w:rPr>
                <w:lang w:val="ru-RU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Контрольная работа;</w:t>
            </w:r>
          </w:p>
        </w:tc>
      </w:tr>
      <w:tr w:rsidR="0045176C" w:rsidRPr="000E6E69" w:rsidTr="006D1E72">
        <w:trPr>
          <w:trHeight w:hRule="exact" w:val="4035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151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2C7DF1" w:rsidP="0030650B">
            <w:pPr>
              <w:autoSpaceDE w:val="0"/>
              <w:autoSpaceDN w:val="0"/>
              <w:spacing w:before="100" w:after="0" w:line="286" w:lineRule="auto"/>
              <w:ind w:left="576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Математическая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информация. Работа с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таблицами: извлечение и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использование для ответа на вопрос информации,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представленной в таблице (таблицы сложения,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умножения; график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дежурств, наблюдения в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 xml:space="preserve">природе и пр.), внесение </w:t>
            </w:r>
            <w:r w:rsidR="007D595A" w:rsidRPr="000E6E69">
              <w:rPr>
                <w:lang w:val="ru-RU"/>
              </w:rPr>
              <w:br/>
            </w:r>
            <w:r w:rsidR="007D595A" w:rsidRPr="000E6E69">
              <w:rPr>
                <w:rFonts w:ascii="Times New Roman" w:hAnsi="Times New Roman"/>
                <w:sz w:val="24"/>
                <w:lang w:val="ru-RU"/>
              </w:rPr>
              <w:t>данных в таблицу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3777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5</w:t>
            </w:r>
            <w:r w:rsidR="007D595A" w:rsidRPr="000E6E69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1" w:lineRule="auto"/>
              <w:ind w:left="576" w:right="288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информация. Дополнение моделей (схем,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изображений) готовыми числовыми данными.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81" w:lineRule="auto"/>
              <w:ind w:left="72" w:right="43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C4256" w:rsidRPr="000E6E69" w:rsidTr="006D1E72">
        <w:trPr>
          <w:trHeight w:hRule="exact" w:val="3777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C67905" w:rsidP="0030650B">
            <w:pPr>
              <w:autoSpaceDE w:val="0"/>
              <w:autoSpaceDN w:val="0"/>
              <w:spacing w:before="98" w:after="0" w:line="23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153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AC4256" w:rsidP="00AC4256">
            <w:pPr>
              <w:autoSpaceDE w:val="0"/>
              <w:autoSpaceDN w:val="0"/>
              <w:spacing w:before="98" w:after="0" w:line="281" w:lineRule="auto"/>
              <w:ind w:left="576" w:right="288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информация. Дополнение моделей (схем,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изображений) готовыми числовыми данными.</w:t>
            </w:r>
          </w:p>
          <w:p w:rsidR="00AC4256" w:rsidRPr="000E6E69" w:rsidRDefault="00AC4256" w:rsidP="00AC4256">
            <w:pPr>
              <w:autoSpaceDE w:val="0"/>
              <w:autoSpaceDN w:val="0"/>
              <w:spacing w:before="98" w:after="0" w:line="281" w:lineRule="auto"/>
              <w:ind w:left="576" w:right="288" w:hanging="5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AC4256" w:rsidP="0030650B">
            <w:pPr>
              <w:jc w:val="both"/>
              <w:rPr>
                <w:lang w:val="ru-RU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2510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lastRenderedPageBreak/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54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83" w:lineRule="auto"/>
              <w:ind w:left="576" w:right="144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информация. Правило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составления ряда чисел,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6D1E72">
        <w:trPr>
          <w:trHeight w:hRule="exact" w:val="1685"/>
        </w:trPr>
        <w:tc>
          <w:tcPr>
            <w:tcW w:w="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55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576" w:right="144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информация. Алгоритмы (приёмы, правила) устных и письменных вычислений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AB23A3">
        <w:trPr>
          <w:trHeight w:hRule="exact" w:val="20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56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1" w:lineRule="auto"/>
              <w:ind w:left="576" w:right="144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информация. Алгоритмы (приёмы, правила)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построения геометрических фигур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EC2F30" w:rsidP="0030650B">
            <w:pPr>
              <w:autoSpaceDE w:val="0"/>
              <w:autoSpaceDN w:val="0"/>
              <w:spacing w:before="98" w:after="0" w:line="262" w:lineRule="auto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AB23A3">
        <w:trPr>
          <w:trHeight w:hRule="exact" w:val="19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57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576" w:right="576" w:hanging="576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Математическая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информация. Правила работы с электронными средствами обучения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AB23A3">
        <w:trPr>
          <w:trHeight w:hRule="exact" w:val="15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58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ind w:right="144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Резерв. Числа. Числа от 1 до </w:t>
            </w:r>
            <w:r w:rsidRPr="000E6E69">
              <w:rPr>
                <w:lang w:val="ru-RU"/>
              </w:rPr>
              <w:tab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100. </w:t>
            </w:r>
            <w:r w:rsidRPr="000E6E69"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AB23A3">
        <w:trPr>
          <w:trHeight w:hRule="exact" w:val="1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59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Резерв. Величины. Единица </w:t>
            </w:r>
            <w:r w:rsidRPr="000E6E69">
              <w:rPr>
                <w:lang w:val="ru-RU"/>
              </w:rPr>
              <w:tab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длины, массы, времени.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C4256" w:rsidRPr="000E6E69" w:rsidTr="00AB23A3">
        <w:trPr>
          <w:trHeight w:hRule="exact" w:val="1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160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AC4256" w:rsidP="00AC425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Резерв. Величины. Единица </w:t>
            </w:r>
            <w:r w:rsidRPr="000E6E69">
              <w:rPr>
                <w:lang w:val="ru-RU"/>
              </w:rPr>
              <w:tab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длины, массы, времени.</w:t>
            </w:r>
          </w:p>
          <w:p w:rsidR="00AC4256" w:rsidRPr="000E6E69" w:rsidRDefault="00AC4256" w:rsidP="00AC425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AC4256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AB23A3">
        <w:trPr>
          <w:trHeight w:hRule="exact" w:val="1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61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144" w:hanging="576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Резерв. Арифметические действия. Устное сложение и вычитание. </w:t>
            </w:r>
            <w:r w:rsidRPr="000E6E69"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AB23A3">
        <w:trPr>
          <w:trHeight w:hRule="exact" w:val="7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62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52265" w:rsidP="00AB23A3">
            <w:pPr>
              <w:autoSpaceDE w:val="0"/>
              <w:autoSpaceDN w:val="0"/>
              <w:spacing w:before="98" w:after="0" w:line="271" w:lineRule="auto"/>
              <w:ind w:left="576" w:right="432" w:hanging="576"/>
              <w:jc w:val="both"/>
              <w:rPr>
                <w:b/>
                <w:lang w:val="ru-RU"/>
              </w:rPr>
            </w:pPr>
            <w:r w:rsidRPr="000E6E69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№10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5226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5226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52265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Контрольная работа;</w:t>
            </w:r>
          </w:p>
        </w:tc>
      </w:tr>
      <w:tr w:rsidR="0045176C" w:rsidRPr="000E6E69" w:rsidTr="00AB23A3">
        <w:trPr>
          <w:trHeight w:hRule="exact" w:val="16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lastRenderedPageBreak/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63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2C7DF1" w:rsidRPr="000E6E69"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Резерв. Арифметические </w:t>
            </w:r>
            <w:r w:rsidRPr="000E6E69">
              <w:rPr>
                <w:lang w:val="ru-RU"/>
              </w:rPr>
              <w:br/>
            </w:r>
            <w:r w:rsidRPr="000E6E69">
              <w:rPr>
                <w:lang w:val="ru-RU"/>
              </w:rPr>
              <w:tab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действия. Числа от 1 до 100.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Умножение. Повторение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AB23A3">
        <w:trPr>
          <w:trHeight w:hRule="exact" w:val="1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100" w:after="0" w:line="230" w:lineRule="auto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64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Резерв. Арифметические </w:t>
            </w:r>
            <w:r w:rsidRPr="000E6E69">
              <w:rPr>
                <w:lang w:val="ru-RU"/>
              </w:rPr>
              <w:br/>
            </w:r>
            <w:r w:rsidRPr="000E6E69">
              <w:rPr>
                <w:lang w:val="ru-RU"/>
              </w:rPr>
              <w:tab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действия. Числа от 1 до 100.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Деление. Повторение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C4256" w:rsidRPr="000E6E69" w:rsidTr="00AB23A3">
        <w:trPr>
          <w:trHeight w:hRule="exact" w:val="1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C67905" w:rsidP="0030650B">
            <w:pPr>
              <w:autoSpaceDE w:val="0"/>
              <w:autoSpaceDN w:val="0"/>
              <w:spacing w:before="100" w:after="0" w:line="23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165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AC4256" w:rsidP="00AC4256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Резерв. Арифметические </w:t>
            </w:r>
            <w:r w:rsidRPr="000E6E69">
              <w:rPr>
                <w:lang w:val="ru-RU"/>
              </w:rPr>
              <w:br/>
            </w:r>
            <w:r w:rsidRPr="000E6E69">
              <w:rPr>
                <w:lang w:val="ru-RU"/>
              </w:rPr>
              <w:tab/>
            </w:r>
            <w:r w:rsidRPr="000E6E69">
              <w:rPr>
                <w:rFonts w:ascii="Times New Roman" w:hAnsi="Times New Roman"/>
                <w:sz w:val="24"/>
                <w:lang w:val="ru-RU"/>
              </w:rPr>
              <w:t>действия. Числа от 1 до 100.</w:t>
            </w:r>
          </w:p>
          <w:p w:rsidR="00AC4256" w:rsidRPr="000E6E69" w:rsidRDefault="00AC4256" w:rsidP="00AC4256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14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>Деление. Повторение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AC4256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100" w:after="0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AB23A3">
        <w:trPr>
          <w:trHeight w:hRule="exact" w:val="1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C67905">
            <w:pPr>
              <w:autoSpaceDE w:val="0"/>
              <w:autoSpaceDN w:val="0"/>
              <w:spacing w:before="98" w:after="0" w:line="230" w:lineRule="auto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="00C67905" w:rsidRPr="000E6E69">
              <w:rPr>
                <w:rFonts w:ascii="Times New Roman" w:hAnsi="Times New Roman"/>
                <w:sz w:val="24"/>
                <w:lang w:val="ru-RU"/>
              </w:rPr>
              <w:t>66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288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Резерв. Текстовые задачи. Задачи на конкретный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смысл арифметических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действий. </w:t>
            </w:r>
            <w:r w:rsidRPr="000E6E69"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AB23A3">
        <w:trPr>
          <w:trHeight w:hRule="exact" w:val="14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67</w:t>
            </w:r>
            <w:r w:rsidR="007D595A" w:rsidRPr="000E6E69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62" w:lineRule="auto"/>
              <w:ind w:left="72" w:right="288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Резерв. Текстовые задачи. Задачи в два действия.</w:t>
            </w:r>
          </w:p>
          <w:p w:rsidR="0045176C" w:rsidRPr="000E6E69" w:rsidRDefault="007D595A" w:rsidP="0030650B">
            <w:pPr>
              <w:autoSpaceDE w:val="0"/>
              <w:autoSpaceDN w:val="0"/>
              <w:spacing w:before="70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tbl>
      <w:tblPr>
        <w:tblW w:w="10632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709"/>
        <w:gridCol w:w="1701"/>
        <w:gridCol w:w="1559"/>
        <w:gridCol w:w="1276"/>
        <w:gridCol w:w="1701"/>
      </w:tblGrid>
      <w:tr w:rsidR="0045176C" w:rsidRPr="000E6E69" w:rsidTr="00E05881">
        <w:trPr>
          <w:trHeight w:hRule="exact" w:val="1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68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81" w:lineRule="auto"/>
              <w:ind w:left="156" w:right="288" w:hanging="156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Резерв. Пространственные отношения и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геометрические фигуры. </w:t>
            </w:r>
            <w:r w:rsidRPr="000E6E69">
              <w:rPr>
                <w:rFonts w:ascii="Times New Roman" w:hAnsi="Times New Roman"/>
                <w:sz w:val="24"/>
              </w:rPr>
              <w:t>Геометрическиефигуры. Периметр. Повторение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E05881">
        <w:trPr>
          <w:trHeight w:hRule="exact" w:val="17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Pr="000E6E69">
              <w:rPr>
                <w:rFonts w:ascii="Times New Roman" w:hAnsi="Times New Roman"/>
                <w:sz w:val="24"/>
                <w:lang w:val="ru-RU"/>
              </w:rPr>
              <w:t>69</w:t>
            </w:r>
            <w:r w:rsidR="007D595A" w:rsidRPr="000E6E69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71" w:lineRule="auto"/>
              <w:ind w:left="576" w:right="288" w:hanging="576"/>
              <w:jc w:val="both"/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 Резерв. Математическая информация. Работа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информацией. </w:t>
            </w:r>
            <w:r w:rsidRPr="000E6E69"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</w:pPr>
            <w:r w:rsidRPr="000E6E6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98" w:after="0"/>
              <w:ind w:left="72" w:right="144"/>
              <w:jc w:val="both"/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AC4256" w:rsidRPr="000E6E69" w:rsidTr="00E05881">
        <w:trPr>
          <w:trHeight w:hRule="exact" w:val="17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C67905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170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AC4256" w:rsidP="0030650B">
            <w:pPr>
              <w:autoSpaceDE w:val="0"/>
              <w:autoSpaceDN w:val="0"/>
              <w:spacing w:before="98" w:after="0" w:line="271" w:lineRule="auto"/>
              <w:ind w:left="576" w:right="288" w:hanging="5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Резерв. Математическая информация. Работа с </w:t>
            </w:r>
            <w:r w:rsidRPr="000E6E69">
              <w:rPr>
                <w:lang w:val="ru-RU"/>
              </w:rPr>
              <w:br/>
            </w:r>
            <w:r w:rsidRPr="000E6E69">
              <w:rPr>
                <w:rFonts w:ascii="Times New Roman" w:hAnsi="Times New Roman"/>
                <w:sz w:val="24"/>
                <w:lang w:val="ru-RU"/>
              </w:rPr>
              <w:t xml:space="preserve">информацией. </w:t>
            </w:r>
            <w:r w:rsidRPr="000E6E69"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AC4256" w:rsidP="0030650B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256" w:rsidRPr="000E6E69" w:rsidRDefault="001B5BC8" w:rsidP="0030650B">
            <w:pPr>
              <w:autoSpaceDE w:val="0"/>
              <w:autoSpaceDN w:val="0"/>
              <w:spacing w:before="98" w:after="0"/>
              <w:ind w:left="72" w:right="144"/>
              <w:jc w:val="both"/>
              <w:rPr>
                <w:rFonts w:ascii="Times New Roman" w:hAnsi="Times New Roman"/>
                <w:sz w:val="24"/>
              </w:rPr>
            </w:pPr>
            <w:r w:rsidRPr="000E6E69">
              <w:rPr>
                <w:rFonts w:ascii="Times New Roman" w:hAnsi="Times New Roman"/>
                <w:sz w:val="24"/>
              </w:rPr>
              <w:t xml:space="preserve">Устный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 xml:space="preserve">опрос; </w:t>
            </w:r>
            <w:r w:rsidRPr="000E6E69">
              <w:br/>
            </w:r>
            <w:r w:rsidRPr="000E6E69">
              <w:rPr>
                <w:rFonts w:ascii="Times New Roman" w:hAnsi="Times New Roman"/>
                <w:sz w:val="24"/>
              </w:rPr>
              <w:t>Практическая работа;</w:t>
            </w:r>
          </w:p>
        </w:tc>
      </w:tr>
      <w:tr w:rsidR="0045176C" w:rsidRPr="000E6E69" w:rsidTr="00E05881">
        <w:trPr>
          <w:trHeight w:hRule="exact" w:val="81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62" w:lineRule="auto"/>
              <w:ind w:left="72" w:right="14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7D595A" w:rsidP="0030650B">
            <w:pPr>
              <w:autoSpaceDE w:val="0"/>
              <w:autoSpaceDN w:val="0"/>
              <w:spacing w:before="100" w:after="0" w:line="230" w:lineRule="auto"/>
              <w:ind w:left="74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</w:rPr>
              <w:t>1</w:t>
            </w:r>
            <w:r w:rsidR="00AC4256" w:rsidRPr="000E6E69">
              <w:rPr>
                <w:rFonts w:ascii="Times New Roman" w:hAnsi="Times New Roman"/>
                <w:sz w:val="24"/>
                <w:lang w:val="ru-RU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552265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  <w:r w:rsidRPr="000E6E69">
              <w:rPr>
                <w:rFonts w:ascii="Times New Roman" w:hAnsi="Times New Roman"/>
                <w:sz w:val="24"/>
                <w:lang w:val="ru-RU"/>
              </w:rPr>
              <w:t>10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0E6E69" w:rsidRDefault="0045176C" w:rsidP="0030650B">
            <w:pPr>
              <w:autoSpaceDE w:val="0"/>
              <w:autoSpaceDN w:val="0"/>
              <w:spacing w:before="100" w:after="0" w:line="230" w:lineRule="auto"/>
              <w:ind w:left="72"/>
              <w:jc w:val="both"/>
              <w:rPr>
                <w:lang w:val="ru-RU"/>
              </w:rPr>
            </w:pPr>
          </w:p>
        </w:tc>
      </w:tr>
    </w:tbl>
    <w:p w:rsidR="0045176C" w:rsidRPr="006D1E72" w:rsidRDefault="0045176C" w:rsidP="0030650B">
      <w:pPr>
        <w:autoSpaceDE w:val="0"/>
        <w:autoSpaceDN w:val="0"/>
        <w:spacing w:after="0" w:line="14" w:lineRule="exact"/>
        <w:jc w:val="both"/>
      </w:pPr>
    </w:p>
    <w:p w:rsidR="0045176C" w:rsidRPr="006D1E72" w:rsidRDefault="0045176C" w:rsidP="0030650B">
      <w:pPr>
        <w:jc w:val="both"/>
        <w:sectPr w:rsidR="0045176C" w:rsidRPr="006D1E72" w:rsidSect="006D1E72">
          <w:pgSz w:w="11900" w:h="16840"/>
          <w:pgMar w:top="284" w:right="650" w:bottom="1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5176C" w:rsidRPr="006D1E72" w:rsidRDefault="0045176C" w:rsidP="0030650B">
      <w:pPr>
        <w:autoSpaceDE w:val="0"/>
        <w:autoSpaceDN w:val="0"/>
        <w:spacing w:after="78" w:line="220" w:lineRule="exact"/>
        <w:jc w:val="both"/>
      </w:pPr>
    </w:p>
    <w:p w:rsidR="0045176C" w:rsidRPr="006D1E72" w:rsidRDefault="007D595A" w:rsidP="0030650B">
      <w:pPr>
        <w:autoSpaceDE w:val="0"/>
        <w:autoSpaceDN w:val="0"/>
        <w:spacing w:after="0" w:line="230" w:lineRule="auto"/>
        <w:jc w:val="both"/>
      </w:pPr>
      <w:r w:rsidRPr="006D1E72">
        <w:rPr>
          <w:rFonts w:ascii="Times New Roman" w:hAnsi="Times New Roman"/>
          <w:b/>
          <w:sz w:val="24"/>
        </w:rPr>
        <w:t xml:space="preserve">УЧЕБНО-МЕТОДИЧЕСКОЕ ОБЕСПЕЧЕНИЕ ОБРАЗОВАТЕЛЬНОГО ПРОЦЕССА </w:t>
      </w:r>
    </w:p>
    <w:p w:rsidR="0045176C" w:rsidRPr="006D1E72" w:rsidRDefault="007D595A" w:rsidP="0030650B">
      <w:pPr>
        <w:autoSpaceDE w:val="0"/>
        <w:autoSpaceDN w:val="0"/>
        <w:spacing w:before="346" w:after="0" w:line="230" w:lineRule="auto"/>
        <w:jc w:val="both"/>
      </w:pPr>
      <w:r w:rsidRPr="006D1E72">
        <w:rPr>
          <w:rFonts w:ascii="Times New Roman" w:hAnsi="Times New Roman"/>
          <w:b/>
          <w:sz w:val="24"/>
        </w:rPr>
        <w:t>ОБЯЗАТЕЛЬНЫЕ УЧЕБНЫЕ МАТЕРИАЛЫ ДЛЯ УЧЕНИКА</w:t>
      </w:r>
    </w:p>
    <w:p w:rsidR="0045176C" w:rsidRPr="006D1E72" w:rsidRDefault="007D595A" w:rsidP="0030650B">
      <w:pPr>
        <w:autoSpaceDE w:val="0"/>
        <w:autoSpaceDN w:val="0"/>
        <w:spacing w:before="166" w:after="0" w:line="271" w:lineRule="auto"/>
        <w:ind w:right="144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Математика (в 2 частях), 2 класс /Моро М.И., Бантова М.А., Бельтюкова Г.В. и другие, Акционерное общество «Издательство «Просвещение»; </w:t>
      </w:r>
      <w:r w:rsidRPr="006D1E72">
        <w:rPr>
          <w:lang w:val="ru-RU"/>
        </w:rPr>
        <w:br/>
      </w:r>
    </w:p>
    <w:p w:rsidR="0045176C" w:rsidRPr="006D1E72" w:rsidRDefault="007D595A" w:rsidP="0030650B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МЕТОДИЧЕСКИЕ МАТЕРИАЛЫ ДЛЯ УЧИТЕЛЯ</w:t>
      </w:r>
    </w:p>
    <w:p w:rsidR="0045176C" w:rsidRPr="006D1E72" w:rsidRDefault="007D595A" w:rsidP="0030650B">
      <w:pPr>
        <w:autoSpaceDE w:val="0"/>
        <w:autoSpaceDN w:val="0"/>
        <w:spacing w:before="166" w:after="0" w:line="262" w:lineRule="auto"/>
        <w:ind w:right="7488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Методические рекомендации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>Поурочное планирование</w:t>
      </w:r>
    </w:p>
    <w:p w:rsidR="0045176C" w:rsidRPr="006D1E72" w:rsidRDefault="007D595A" w:rsidP="0030650B">
      <w:pPr>
        <w:autoSpaceDE w:val="0"/>
        <w:autoSpaceDN w:val="0"/>
        <w:spacing w:before="264"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ЦИФРОВЫЕ ОБРАЗОВАТЕЛЬНЫЕ РЕСУРСЫ И РЕСУРСЫ СЕТИ ИНТЕРНЕТ</w:t>
      </w:r>
    </w:p>
    <w:p w:rsidR="0045176C" w:rsidRPr="006D1E72" w:rsidRDefault="007D595A" w:rsidP="0030650B">
      <w:pPr>
        <w:autoSpaceDE w:val="0"/>
        <w:autoSpaceDN w:val="0"/>
        <w:spacing w:before="168" w:after="0"/>
        <w:ind w:right="4752"/>
        <w:jc w:val="both"/>
        <w:rPr>
          <w:lang w:val="ru-RU"/>
        </w:rPr>
      </w:pPr>
      <w:r w:rsidRPr="006D1E72">
        <w:rPr>
          <w:rFonts w:ascii="Times New Roman" w:hAnsi="Times New Roman"/>
          <w:sz w:val="24"/>
          <w:lang w:val="ru-RU"/>
        </w:rPr>
        <w:t xml:space="preserve">РЭШ </w:t>
      </w:r>
      <w:r w:rsidRPr="006D1E72">
        <w:rPr>
          <w:rFonts w:ascii="Times New Roman" w:hAnsi="Times New Roman"/>
          <w:sz w:val="24"/>
        </w:rPr>
        <w:t>https</w:t>
      </w:r>
      <w:r w:rsidRPr="006D1E72">
        <w:rPr>
          <w:rFonts w:ascii="Times New Roman" w:hAnsi="Times New Roman"/>
          <w:sz w:val="24"/>
          <w:lang w:val="ru-RU"/>
        </w:rPr>
        <w:t>://</w:t>
      </w:r>
      <w:r w:rsidRPr="006D1E72">
        <w:rPr>
          <w:rFonts w:ascii="Times New Roman" w:hAnsi="Times New Roman"/>
          <w:sz w:val="24"/>
        </w:rPr>
        <w:t>resh</w:t>
      </w:r>
      <w:r w:rsidRPr="006D1E72">
        <w:rPr>
          <w:rFonts w:ascii="Times New Roman" w:hAnsi="Times New Roman"/>
          <w:sz w:val="24"/>
          <w:lang w:val="ru-RU"/>
        </w:rPr>
        <w:t>.</w:t>
      </w:r>
      <w:r w:rsidRPr="006D1E72">
        <w:rPr>
          <w:rFonts w:ascii="Times New Roman" w:hAnsi="Times New Roman"/>
          <w:sz w:val="24"/>
        </w:rPr>
        <w:t>edu</w:t>
      </w:r>
      <w:r w:rsidRPr="006D1E72">
        <w:rPr>
          <w:rFonts w:ascii="Times New Roman" w:hAnsi="Times New Roman"/>
          <w:sz w:val="24"/>
          <w:lang w:val="ru-RU"/>
        </w:rPr>
        <w:t>.</w:t>
      </w:r>
      <w:r w:rsidRPr="006D1E72">
        <w:rPr>
          <w:rFonts w:ascii="Times New Roman" w:hAnsi="Times New Roman"/>
          <w:sz w:val="24"/>
        </w:rPr>
        <w:t>ru</w:t>
      </w:r>
      <w:r w:rsidRPr="006D1E72">
        <w:rPr>
          <w:rFonts w:ascii="Times New Roman" w:hAnsi="Times New Roman"/>
          <w:sz w:val="24"/>
          <w:lang w:val="ru-RU"/>
        </w:rPr>
        <w:t xml:space="preserve">/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>Инфоурок</w:t>
      </w:r>
      <w:r w:rsidRPr="006D1E72">
        <w:rPr>
          <w:rFonts w:ascii="Times New Roman" w:hAnsi="Times New Roman"/>
          <w:sz w:val="24"/>
        </w:rPr>
        <w:t>https</w:t>
      </w:r>
      <w:r w:rsidRPr="006D1E72">
        <w:rPr>
          <w:rFonts w:ascii="Times New Roman" w:hAnsi="Times New Roman"/>
          <w:sz w:val="24"/>
          <w:lang w:val="ru-RU"/>
        </w:rPr>
        <w:t>://</w:t>
      </w:r>
      <w:r w:rsidRPr="006D1E72">
        <w:rPr>
          <w:rFonts w:ascii="Times New Roman" w:hAnsi="Times New Roman"/>
          <w:sz w:val="24"/>
        </w:rPr>
        <w:t>infourok</w:t>
      </w:r>
      <w:r w:rsidRPr="006D1E72">
        <w:rPr>
          <w:rFonts w:ascii="Times New Roman" w:hAnsi="Times New Roman"/>
          <w:sz w:val="24"/>
          <w:lang w:val="ru-RU"/>
        </w:rPr>
        <w:t>.</w:t>
      </w:r>
      <w:r w:rsidRPr="006D1E72">
        <w:rPr>
          <w:rFonts w:ascii="Times New Roman" w:hAnsi="Times New Roman"/>
          <w:sz w:val="24"/>
        </w:rPr>
        <w:t>ru</w:t>
      </w:r>
      <w:r w:rsidRPr="006D1E72">
        <w:rPr>
          <w:rFonts w:ascii="Times New Roman" w:hAnsi="Times New Roman"/>
          <w:sz w:val="24"/>
          <w:lang w:val="ru-RU"/>
        </w:rPr>
        <w:t xml:space="preserve">/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 xml:space="preserve">Единая коллекция цифровых образовательных ресурсов </w:t>
      </w:r>
      <w:r w:rsidRPr="006D1E72">
        <w:rPr>
          <w:rFonts w:ascii="Times New Roman" w:hAnsi="Times New Roman"/>
          <w:sz w:val="24"/>
        </w:rPr>
        <w:t>http</w:t>
      </w:r>
      <w:r w:rsidRPr="006D1E72">
        <w:rPr>
          <w:rFonts w:ascii="Times New Roman" w:hAnsi="Times New Roman"/>
          <w:sz w:val="24"/>
          <w:lang w:val="ru-RU"/>
        </w:rPr>
        <w:t>://</w:t>
      </w:r>
      <w:r w:rsidRPr="006D1E72">
        <w:rPr>
          <w:rFonts w:ascii="Times New Roman" w:hAnsi="Times New Roman"/>
          <w:sz w:val="24"/>
        </w:rPr>
        <w:t>school</w:t>
      </w:r>
      <w:r w:rsidRPr="006D1E72">
        <w:rPr>
          <w:rFonts w:ascii="Times New Roman" w:hAnsi="Times New Roman"/>
          <w:sz w:val="24"/>
          <w:lang w:val="ru-RU"/>
        </w:rPr>
        <w:t>-</w:t>
      </w:r>
      <w:r w:rsidRPr="006D1E72">
        <w:rPr>
          <w:rFonts w:ascii="Times New Roman" w:hAnsi="Times New Roman"/>
          <w:sz w:val="24"/>
        </w:rPr>
        <w:t>collection</w:t>
      </w:r>
      <w:r w:rsidRPr="006D1E72">
        <w:rPr>
          <w:rFonts w:ascii="Times New Roman" w:hAnsi="Times New Roman"/>
          <w:sz w:val="24"/>
          <w:lang w:val="ru-RU"/>
        </w:rPr>
        <w:t>.</w:t>
      </w:r>
      <w:r w:rsidRPr="006D1E72">
        <w:rPr>
          <w:rFonts w:ascii="Times New Roman" w:hAnsi="Times New Roman"/>
          <w:sz w:val="24"/>
        </w:rPr>
        <w:t>edu</w:t>
      </w:r>
      <w:r w:rsidRPr="006D1E72">
        <w:rPr>
          <w:rFonts w:ascii="Times New Roman" w:hAnsi="Times New Roman"/>
          <w:sz w:val="24"/>
          <w:lang w:val="ru-RU"/>
        </w:rPr>
        <w:t>.</w:t>
      </w:r>
      <w:r w:rsidRPr="006D1E72">
        <w:rPr>
          <w:rFonts w:ascii="Times New Roman" w:hAnsi="Times New Roman"/>
          <w:sz w:val="24"/>
        </w:rPr>
        <w:t>ru</w:t>
      </w:r>
      <w:r w:rsidRPr="006D1E72">
        <w:rPr>
          <w:rFonts w:ascii="Times New Roman" w:hAnsi="Times New Roman"/>
          <w:sz w:val="24"/>
          <w:lang w:val="ru-RU"/>
        </w:rPr>
        <w:t>/</w:t>
      </w:r>
    </w:p>
    <w:p w:rsidR="0045176C" w:rsidRPr="006D1E72" w:rsidRDefault="0045176C" w:rsidP="0030650B">
      <w:pPr>
        <w:jc w:val="both"/>
        <w:rPr>
          <w:lang w:val="ru-RU"/>
        </w:rPr>
        <w:sectPr w:rsidR="0045176C" w:rsidRPr="006D1E7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5176C" w:rsidRPr="006D1E72" w:rsidRDefault="0045176C" w:rsidP="0030650B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45176C" w:rsidRPr="006D1E72" w:rsidRDefault="007D595A" w:rsidP="0030650B">
      <w:pPr>
        <w:autoSpaceDE w:val="0"/>
        <w:autoSpaceDN w:val="0"/>
        <w:spacing w:after="0" w:line="230" w:lineRule="auto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>МАТЕРИАЛЬНО-ТЕХНИЧЕСКОЕ ОБЕСПЕЧЕНИЕ ОБРАЗОВАТЕЛЬНОГО ПРОЦЕССА</w:t>
      </w:r>
    </w:p>
    <w:p w:rsidR="0045176C" w:rsidRPr="006D1E72" w:rsidRDefault="007D595A" w:rsidP="0030650B">
      <w:pPr>
        <w:autoSpaceDE w:val="0"/>
        <w:autoSpaceDN w:val="0"/>
        <w:spacing w:before="346" w:after="0" w:line="300" w:lineRule="auto"/>
        <w:ind w:right="288"/>
        <w:jc w:val="both"/>
        <w:rPr>
          <w:lang w:val="ru-RU"/>
        </w:rPr>
      </w:pPr>
      <w:r w:rsidRPr="006D1E72">
        <w:rPr>
          <w:rFonts w:ascii="Times New Roman" w:hAnsi="Times New Roman"/>
          <w:b/>
          <w:sz w:val="24"/>
          <w:lang w:val="ru-RU"/>
        </w:rPr>
        <w:t xml:space="preserve">УЧЕБНОЕ ОБОРУДОВАНИЕ </w:t>
      </w:r>
      <w:r w:rsidRPr="006D1E72">
        <w:rPr>
          <w:lang w:val="ru-RU"/>
        </w:rPr>
        <w:br/>
      </w:r>
      <w:r w:rsidRPr="006D1E72">
        <w:rPr>
          <w:rFonts w:ascii="Times New Roman" w:hAnsi="Times New Roman"/>
          <w:sz w:val="24"/>
          <w:lang w:val="ru-RU"/>
        </w:rPr>
        <w:t>Демонстрационно-наглядные пособия Комплект демонстрационных таблиц по основным разделам предмета. Мультимедийный компьютер</w:t>
      </w:r>
    </w:p>
    <w:p w:rsidR="0045176C" w:rsidRPr="006D1E72" w:rsidRDefault="007D595A" w:rsidP="0030650B">
      <w:pPr>
        <w:autoSpaceDE w:val="0"/>
        <w:autoSpaceDN w:val="0"/>
        <w:spacing w:before="262" w:after="0" w:line="302" w:lineRule="auto"/>
        <w:ind w:right="720"/>
        <w:jc w:val="both"/>
        <w:rPr>
          <w:lang w:val="ru-RU"/>
        </w:rPr>
        <w:sectPr w:rsidR="0045176C" w:rsidRPr="006D1E7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6D1E72">
        <w:rPr>
          <w:rFonts w:ascii="Times New Roman" w:hAnsi="Times New Roman"/>
          <w:b/>
          <w:sz w:val="24"/>
          <w:lang w:val="ru-RU"/>
        </w:rPr>
        <w:t xml:space="preserve">ОБОРУДОВАНИЕ ДЛЯ ПРОВЕДЕНИЯ ЛАБОРАТОРНЫХ И ПРАКТИЧЕСКИХ РАБОТ </w:t>
      </w:r>
      <w:r w:rsidRPr="006D1E72">
        <w:rPr>
          <w:rFonts w:ascii="Times New Roman" w:hAnsi="Times New Roman"/>
          <w:sz w:val="24"/>
          <w:lang w:val="ru-RU"/>
        </w:rPr>
        <w:t>циркуль</w:t>
      </w:r>
      <w:r w:rsidR="00B70904" w:rsidRPr="006D1E72">
        <w:rPr>
          <w:rFonts w:ascii="Times New Roman" w:hAnsi="Times New Roman"/>
          <w:sz w:val="24"/>
          <w:lang w:val="ru-RU"/>
        </w:rPr>
        <w:t>, линейк</w:t>
      </w:r>
    </w:p>
    <w:p w:rsidR="007D595A" w:rsidRPr="006D1E72" w:rsidRDefault="007D595A" w:rsidP="00D90C5C">
      <w:pPr>
        <w:jc w:val="both"/>
        <w:rPr>
          <w:lang w:val="ru-RU"/>
        </w:rPr>
      </w:pPr>
    </w:p>
    <w:sectPr w:rsidR="007D595A" w:rsidRPr="006D1E72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4214CB"/>
    <w:multiLevelType w:val="hybridMultilevel"/>
    <w:tmpl w:val="A3CEAEDE"/>
    <w:lvl w:ilvl="0" w:tplc="F7DAE7D4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998A62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C32AAEA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50C2A764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32BA5AC6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CA98B820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3118AFAA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8E7C91BE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BCC8DA76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0A5051C8"/>
    <w:multiLevelType w:val="hybridMultilevel"/>
    <w:tmpl w:val="4C828652"/>
    <w:lvl w:ilvl="0" w:tplc="6C52DE3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1EC88A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05DC1BB4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4EDA9188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A154A222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7AA2111A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52864F2A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6A525AF4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982A2766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20BE556F"/>
    <w:multiLevelType w:val="multilevel"/>
    <w:tmpl w:val="9EF0F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040E00"/>
    <w:multiLevelType w:val="hybridMultilevel"/>
    <w:tmpl w:val="7174FBC2"/>
    <w:lvl w:ilvl="0" w:tplc="DE0C1C58">
      <w:start w:val="1"/>
      <w:numFmt w:val="decimal"/>
      <w:lvlText w:val="%1)"/>
      <w:lvlJc w:val="left"/>
      <w:pPr>
        <w:ind w:left="489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68BC20">
      <w:start w:val="1"/>
      <w:numFmt w:val="lowerLetter"/>
      <w:lvlText w:val="%2"/>
      <w:lvlJc w:val="left"/>
      <w:pPr>
        <w:ind w:left="124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36C6E4">
      <w:start w:val="1"/>
      <w:numFmt w:val="lowerRoman"/>
      <w:lvlText w:val="%3"/>
      <w:lvlJc w:val="left"/>
      <w:pPr>
        <w:ind w:left="196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50D992">
      <w:start w:val="1"/>
      <w:numFmt w:val="decimal"/>
      <w:lvlText w:val="%4"/>
      <w:lvlJc w:val="left"/>
      <w:pPr>
        <w:ind w:left="268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A61BDA">
      <w:start w:val="1"/>
      <w:numFmt w:val="lowerLetter"/>
      <w:lvlText w:val="%5"/>
      <w:lvlJc w:val="left"/>
      <w:pPr>
        <w:ind w:left="340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CE57C4">
      <w:start w:val="1"/>
      <w:numFmt w:val="lowerRoman"/>
      <w:lvlText w:val="%6"/>
      <w:lvlJc w:val="left"/>
      <w:pPr>
        <w:ind w:left="412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889A88">
      <w:start w:val="1"/>
      <w:numFmt w:val="decimal"/>
      <w:lvlText w:val="%7"/>
      <w:lvlJc w:val="left"/>
      <w:pPr>
        <w:ind w:left="484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36CF2A">
      <w:start w:val="1"/>
      <w:numFmt w:val="lowerLetter"/>
      <w:lvlText w:val="%8"/>
      <w:lvlJc w:val="left"/>
      <w:pPr>
        <w:ind w:left="556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88546C">
      <w:start w:val="1"/>
      <w:numFmt w:val="lowerRoman"/>
      <w:lvlText w:val="%9"/>
      <w:lvlJc w:val="left"/>
      <w:pPr>
        <w:ind w:left="628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5810A08"/>
    <w:multiLevelType w:val="hybridMultilevel"/>
    <w:tmpl w:val="19067E1A"/>
    <w:lvl w:ilvl="0" w:tplc="2D08E4BE">
      <w:start w:val="1"/>
      <w:numFmt w:val="decimal"/>
      <w:lvlText w:val="%1)"/>
      <w:lvlJc w:val="left"/>
      <w:pPr>
        <w:ind w:left="489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8EF27E">
      <w:start w:val="1"/>
      <w:numFmt w:val="lowerLetter"/>
      <w:lvlText w:val="%2"/>
      <w:lvlJc w:val="left"/>
      <w:pPr>
        <w:ind w:left="124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F27060">
      <w:start w:val="1"/>
      <w:numFmt w:val="lowerRoman"/>
      <w:lvlText w:val="%3"/>
      <w:lvlJc w:val="left"/>
      <w:pPr>
        <w:ind w:left="196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3666E2">
      <w:start w:val="1"/>
      <w:numFmt w:val="decimal"/>
      <w:lvlText w:val="%4"/>
      <w:lvlJc w:val="left"/>
      <w:pPr>
        <w:ind w:left="268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EE44FC">
      <w:start w:val="1"/>
      <w:numFmt w:val="lowerLetter"/>
      <w:lvlText w:val="%5"/>
      <w:lvlJc w:val="left"/>
      <w:pPr>
        <w:ind w:left="340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561694">
      <w:start w:val="1"/>
      <w:numFmt w:val="lowerRoman"/>
      <w:lvlText w:val="%6"/>
      <w:lvlJc w:val="left"/>
      <w:pPr>
        <w:ind w:left="412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F276BE">
      <w:start w:val="1"/>
      <w:numFmt w:val="decimal"/>
      <w:lvlText w:val="%7"/>
      <w:lvlJc w:val="left"/>
      <w:pPr>
        <w:ind w:left="484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0C431E">
      <w:start w:val="1"/>
      <w:numFmt w:val="lowerLetter"/>
      <w:lvlText w:val="%8"/>
      <w:lvlJc w:val="left"/>
      <w:pPr>
        <w:ind w:left="556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7A2DD8">
      <w:start w:val="1"/>
      <w:numFmt w:val="lowerRoman"/>
      <w:lvlText w:val="%9"/>
      <w:lvlJc w:val="left"/>
      <w:pPr>
        <w:ind w:left="6285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BD53EB"/>
    <w:multiLevelType w:val="hybridMultilevel"/>
    <w:tmpl w:val="2F24E3CC"/>
    <w:lvl w:ilvl="0" w:tplc="C9463EDE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B040C0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056D8C0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B84274D0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EDC66B6E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E51E5F06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F8043BCE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C61E1EFC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FFAAC3C6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5C25436E"/>
    <w:multiLevelType w:val="hybridMultilevel"/>
    <w:tmpl w:val="1C2042F0"/>
    <w:lvl w:ilvl="0" w:tplc="680ADA1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48DBB2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BCF6D466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EECA4F0C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09823F66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ABE893B4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06E865C8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107A6506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30D47A00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2"/>
  </w:num>
  <w:num w:numId="11">
    <w:abstractNumId w:val="13"/>
  </w:num>
  <w:num w:numId="12">
    <w:abstractNumId w:val="9"/>
  </w:num>
  <w:num w:numId="13">
    <w:abstractNumId w:val="14"/>
  </w:num>
  <w:num w:numId="14">
    <w:abstractNumId w:val="10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20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47730"/>
    <w:rsid w:val="00006F58"/>
    <w:rsid w:val="000116AD"/>
    <w:rsid w:val="00031014"/>
    <w:rsid w:val="00034616"/>
    <w:rsid w:val="0006063C"/>
    <w:rsid w:val="00092D96"/>
    <w:rsid w:val="000E04C0"/>
    <w:rsid w:val="000E3166"/>
    <w:rsid w:val="000E6E69"/>
    <w:rsid w:val="001451CE"/>
    <w:rsid w:val="0015074B"/>
    <w:rsid w:val="001A53B3"/>
    <w:rsid w:val="001B5BC8"/>
    <w:rsid w:val="001E52CD"/>
    <w:rsid w:val="00227274"/>
    <w:rsid w:val="002834B6"/>
    <w:rsid w:val="00283887"/>
    <w:rsid w:val="0029639D"/>
    <w:rsid w:val="002C7DF1"/>
    <w:rsid w:val="002D371E"/>
    <w:rsid w:val="0030650B"/>
    <w:rsid w:val="003139A7"/>
    <w:rsid w:val="00326F90"/>
    <w:rsid w:val="0045176C"/>
    <w:rsid w:val="0051194E"/>
    <w:rsid w:val="00542CAA"/>
    <w:rsid w:val="00552265"/>
    <w:rsid w:val="00560821"/>
    <w:rsid w:val="005A1BCC"/>
    <w:rsid w:val="006B5E8A"/>
    <w:rsid w:val="006D1E72"/>
    <w:rsid w:val="006F1CF7"/>
    <w:rsid w:val="006F3865"/>
    <w:rsid w:val="0070267B"/>
    <w:rsid w:val="007304F1"/>
    <w:rsid w:val="007A137E"/>
    <w:rsid w:val="007A2559"/>
    <w:rsid w:val="007D595A"/>
    <w:rsid w:val="0081523B"/>
    <w:rsid w:val="00833826"/>
    <w:rsid w:val="0086729F"/>
    <w:rsid w:val="00905CBA"/>
    <w:rsid w:val="00A13349"/>
    <w:rsid w:val="00A66DA7"/>
    <w:rsid w:val="00AA1D8D"/>
    <w:rsid w:val="00AB23A3"/>
    <w:rsid w:val="00AC4256"/>
    <w:rsid w:val="00B47730"/>
    <w:rsid w:val="00B47E55"/>
    <w:rsid w:val="00B70904"/>
    <w:rsid w:val="00C36531"/>
    <w:rsid w:val="00C67905"/>
    <w:rsid w:val="00CB0664"/>
    <w:rsid w:val="00CD31BA"/>
    <w:rsid w:val="00D04841"/>
    <w:rsid w:val="00D75360"/>
    <w:rsid w:val="00D90C5C"/>
    <w:rsid w:val="00DA12BE"/>
    <w:rsid w:val="00DC1AD8"/>
    <w:rsid w:val="00E05881"/>
    <w:rsid w:val="00EC2F30"/>
    <w:rsid w:val="00F815D5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101ABA"/>
  <w15:docId w15:val="{738614A4-D323-45AF-B760-B60FE968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1"/>
    <w:next w:val="a1"/>
    <w:link w:val="10"/>
    <w:uiPriority w:val="1"/>
    <w:qFormat/>
    <w:rsid w:val="00FC693F"/>
    <w:pPr>
      <w:keepNext/>
      <w:keepLines/>
      <w:spacing w:before="480" w:after="0"/>
      <w:outlineLvl w:val="0"/>
    </w:pPr>
    <w:rPr>
      <w:rFonts w:ascii="Calibri" w:hAnsi="Calibri"/>
      <w:b/>
      <w:bCs/>
      <w:color w:val="365F91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="Calibri" w:hAnsi="Calibri"/>
      <w:b/>
      <w:bCs/>
      <w:color w:val="4F81BD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="Calibri" w:hAnsi="Calibri"/>
      <w:b/>
      <w:bCs/>
      <w:i/>
      <w:iCs/>
      <w:color w:val="4F81BD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="Calibri" w:hAnsi="Calibri"/>
      <w:color w:val="243F6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="Calibri" w:hAnsi="Calibri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="Calibri" w:hAnsi="Calibri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="Calibri" w:hAnsi="Calibri"/>
      <w:color w:val="4F81BD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="Calibri" w:hAnsi="Calibri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rPr>
      <w:sz w:val="22"/>
      <w:szCs w:val="22"/>
      <w:lang w:val="en-US" w:eastAsia="en-US"/>
    </w:r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="Calibri" w:eastAsia="Times New Roman" w:hAnsi="Calibri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="Calibri" w:eastAsia="Times New Roman" w:hAnsi="Calibri" w:cs="Times New Roman"/>
      <w:b/>
      <w:bCs/>
      <w:color w:val="4F81BD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/>
      </w:pBdr>
      <w:spacing w:after="300" w:line="240" w:lineRule="auto"/>
      <w:contextualSpacing/>
    </w:pPr>
    <w:rPr>
      <w:rFonts w:ascii="Calibri" w:hAnsi="Calibri"/>
      <w:color w:val="17365D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="Calibri" w:eastAsia="Times New Roman" w:hAnsi="Calibri" w:cs="Times New Roman"/>
      <w:color w:val="17365D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="Calibri" w:hAnsi="Calibri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="Calibri" w:eastAsia="Times New Roman" w:hAnsi="Calibri" w:cs="Times New Roman"/>
      <w:i/>
      <w:iCs/>
      <w:color w:val="4F81BD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lang w:val="en-US" w:eastAsia="en-US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lang w:val="en-US" w:eastAsia="en-US" w:bidi="ar-SA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="Calibri" w:eastAsia="Times New Roman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="Calibri" w:eastAsia="Times New Roman" w:hAnsi="Calibri" w:cs="Times New Roman"/>
      <w:color w:val="243F60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="Calibri" w:eastAsia="Times New Roman" w:hAnsi="Calibri" w:cs="Times New Roman"/>
      <w:i/>
      <w:iCs/>
      <w:color w:val="243F60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="Calibri" w:eastAsia="Times New Roman" w:hAnsi="Calibri" w:cs="Times New Roman"/>
      <w:i/>
      <w:iCs/>
      <w:color w:val="404040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="Calibri" w:eastAsia="Times New Roman" w:hAnsi="Calibri" w:cs="Times New Roman"/>
      <w:color w:val="4F81BD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ветлая заливка1"/>
    <w:basedOn w:val="a3"/>
    <w:uiPriority w:val="60"/>
    <w:rsid w:val="00FC693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uiPriority w:val="60"/>
    <w:rsid w:val="00FC693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3"/>
    <w:uiPriority w:val="60"/>
    <w:rsid w:val="00FC693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3"/>
    <w:uiPriority w:val="60"/>
    <w:rsid w:val="00FC693F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3"/>
    <w:uiPriority w:val="60"/>
    <w:rsid w:val="00FC693F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3"/>
    <w:uiPriority w:val="60"/>
    <w:rsid w:val="00FC693F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3"/>
    <w:uiPriority w:val="60"/>
    <w:rsid w:val="00FC693F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2">
    <w:name w:val="Светлый список1"/>
    <w:basedOn w:val="a3"/>
    <w:uiPriority w:val="61"/>
    <w:rsid w:val="00FC693F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uiPriority w:val="61"/>
    <w:rsid w:val="00FC693F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0">
    <w:name w:val="Light List Accent 2"/>
    <w:basedOn w:val="a3"/>
    <w:uiPriority w:val="61"/>
    <w:rsid w:val="00CB066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0">
    <w:name w:val="Light List Accent 3"/>
    <w:basedOn w:val="a3"/>
    <w:uiPriority w:val="61"/>
    <w:rsid w:val="00CB066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0">
    <w:name w:val="Light List Accent 4"/>
    <w:basedOn w:val="a3"/>
    <w:uiPriority w:val="61"/>
    <w:rsid w:val="00CB06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Light List Accent 5"/>
    <w:basedOn w:val="a3"/>
    <w:uiPriority w:val="61"/>
    <w:rsid w:val="00CB066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0">
    <w:name w:val="Light List Accent 6"/>
    <w:basedOn w:val="a3"/>
    <w:uiPriority w:val="61"/>
    <w:rsid w:val="00CB066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3">
    <w:name w:val="Светлая сетка1"/>
    <w:basedOn w:val="a3"/>
    <w:uiPriority w:val="62"/>
    <w:rsid w:val="00CB066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">
    <w:name w:val="Светлая сетка - Акцент 11"/>
    <w:basedOn w:val="a3"/>
    <w:uiPriority w:val="62"/>
    <w:rsid w:val="00CB066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1">
    <w:name w:val="Light Grid Accent 2"/>
    <w:basedOn w:val="a3"/>
    <w:uiPriority w:val="62"/>
    <w:rsid w:val="00CB066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1">
    <w:name w:val="Light Grid Accent 3"/>
    <w:basedOn w:val="a3"/>
    <w:uiPriority w:val="62"/>
    <w:rsid w:val="00CB066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1">
    <w:name w:val="Light Grid Accent 4"/>
    <w:basedOn w:val="a3"/>
    <w:uiPriority w:val="62"/>
    <w:rsid w:val="00CB06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1">
    <w:name w:val="Light Grid Accent 5"/>
    <w:basedOn w:val="a3"/>
    <w:uiPriority w:val="62"/>
    <w:rsid w:val="00CB066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1">
    <w:name w:val="Light Grid Accent 6"/>
    <w:basedOn w:val="a3"/>
    <w:uiPriority w:val="62"/>
    <w:rsid w:val="00CB066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0">
    <w:name w:val="Средняя заливка 11"/>
    <w:basedOn w:val="a3"/>
    <w:uiPriority w:val="63"/>
    <w:rsid w:val="00CB066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CB066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редняя заливка 21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20">
    <w:name w:val="Medium List 1 Accent 2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30">
    <w:name w:val="Medium List 1 Accent 3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40">
    <w:name w:val="Medium List 1 Accent 4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50">
    <w:name w:val="Medium List 1 Accent 5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60">
    <w:name w:val="Medium List 1 Accent 6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1">
    <w:name w:val="Средний список 21"/>
    <w:basedOn w:val="a3"/>
    <w:uiPriority w:val="66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uiPriority w:val="67"/>
    <w:rsid w:val="00CB066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">
    <w:name w:val="Medium Grid 1 Accent 1"/>
    <w:basedOn w:val="a3"/>
    <w:uiPriority w:val="67"/>
    <w:rsid w:val="00CB066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1">
    <w:name w:val="Medium Grid 1 Accent 2"/>
    <w:basedOn w:val="a3"/>
    <w:uiPriority w:val="67"/>
    <w:rsid w:val="00CB066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31">
    <w:name w:val="Medium Grid 1 Accent 3"/>
    <w:basedOn w:val="a3"/>
    <w:uiPriority w:val="67"/>
    <w:rsid w:val="00CB066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1">
    <w:name w:val="Medium Grid 1 Accent 4"/>
    <w:basedOn w:val="a3"/>
    <w:uiPriority w:val="67"/>
    <w:rsid w:val="00CB066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1">
    <w:name w:val="Medium Grid 1 Accent 5"/>
    <w:basedOn w:val="a3"/>
    <w:uiPriority w:val="67"/>
    <w:rsid w:val="00CB066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1">
    <w:name w:val="Medium Grid 1 Accent 6"/>
    <w:basedOn w:val="a3"/>
    <w:uiPriority w:val="67"/>
    <w:rsid w:val="00CB066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2">
    <w:name w:val="Средняя сетка 21"/>
    <w:basedOn w:val="a3"/>
    <w:uiPriority w:val="68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0">
    <w:name w:val="Medium Grid 2 Accent 1"/>
    <w:basedOn w:val="a3"/>
    <w:uiPriority w:val="68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-21">
    <w:name w:val="Medium Grid 2 Accent 2"/>
    <w:basedOn w:val="a3"/>
    <w:uiPriority w:val="68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31">
    <w:name w:val="Medium Grid 2 Accent 3"/>
    <w:basedOn w:val="a3"/>
    <w:uiPriority w:val="68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1">
    <w:name w:val="Medium Grid 2 Accent 4"/>
    <w:basedOn w:val="a3"/>
    <w:uiPriority w:val="68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1">
    <w:name w:val="Medium Grid 2 Accent 5"/>
    <w:basedOn w:val="a3"/>
    <w:uiPriority w:val="68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1">
    <w:name w:val="Medium Grid 2 Accent 6"/>
    <w:basedOn w:val="a3"/>
    <w:uiPriority w:val="68"/>
    <w:rsid w:val="00CB0664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0">
    <w:name w:val="Средняя сетка 31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4">
    <w:name w:val="Темный список1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">
    <w:name w:val="Dark List Accent 1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2">
    <w:name w:val="Dark List Accent 2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2">
    <w:name w:val="Dark List Accent 3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2">
    <w:name w:val="Dark List Accent 4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2">
    <w:name w:val="Dark List Accent 5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2">
    <w:name w:val="Dark List Accent 6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5">
    <w:name w:val="Цветная заливка1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0">
    <w:name w:val="Colorful Shading Accent 1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3">
    <w:name w:val="Colorful Shading Accent 2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3">
    <w:name w:val="Colorful Shading Accent 3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43">
    <w:name w:val="Colorful Shading Accent 4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3">
    <w:name w:val="Colorful Shading Accent 5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3">
    <w:name w:val="Colorful Shading Accent 6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6">
    <w:name w:val="Цветной список1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2">
    <w:name w:val="Colorful List Accent 1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24">
    <w:name w:val="Colorful List Accent 2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34">
    <w:name w:val="Colorful List Accent 3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44">
    <w:name w:val="Colorful List Accent 4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54">
    <w:name w:val="Colorful List Accent 5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4">
    <w:name w:val="Colorful List Accent 6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7">
    <w:name w:val="Цветная сетка1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3">
    <w:name w:val="Colorful Grid Accent 1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5">
    <w:name w:val="Colorful Grid Accent 2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35">
    <w:name w:val="Colorful Grid Accent 3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45">
    <w:name w:val="Colorful Grid Accent 4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55">
    <w:name w:val="Colorful Grid Accent 5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5">
    <w:name w:val="Colorful Grid Accent 6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aff1">
    <w:name w:val="Light Shading"/>
    <w:basedOn w:val="a3"/>
    <w:uiPriority w:val="60"/>
    <w:rsid w:val="00833826"/>
    <w:rPr>
      <w:rFonts w:asciiTheme="minorHAnsi" w:eastAsiaTheme="minorEastAsia" w:hAnsiTheme="minorHAnsi" w:cstheme="minorBidi"/>
      <w:color w:val="000000" w:themeColor="tex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3"/>
    <w:uiPriority w:val="60"/>
    <w:rsid w:val="00833826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f2">
    <w:name w:val="Light List"/>
    <w:basedOn w:val="a3"/>
    <w:uiPriority w:val="61"/>
    <w:rsid w:val="0083382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5">
    <w:name w:val="Light List Accent 1"/>
    <w:basedOn w:val="a3"/>
    <w:uiPriority w:val="61"/>
    <w:rsid w:val="0083382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ff3">
    <w:name w:val="Light Grid"/>
    <w:basedOn w:val="a3"/>
    <w:uiPriority w:val="62"/>
    <w:rsid w:val="0083382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3"/>
    <w:uiPriority w:val="62"/>
    <w:rsid w:val="0083382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8">
    <w:name w:val="Medium Shading 1"/>
    <w:basedOn w:val="a3"/>
    <w:uiPriority w:val="63"/>
    <w:rsid w:val="0083382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3"/>
    <w:uiPriority w:val="63"/>
    <w:rsid w:val="0083382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83382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2">
    <w:name w:val="Medium Shading 2 Accent 1"/>
    <w:basedOn w:val="a3"/>
    <w:uiPriority w:val="64"/>
    <w:rsid w:val="0083382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9">
    <w:name w:val="Medium List 1"/>
    <w:basedOn w:val="a3"/>
    <w:uiPriority w:val="65"/>
    <w:rsid w:val="0083382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rsid w:val="0083382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2a">
    <w:name w:val="Medium List 2"/>
    <w:basedOn w:val="a3"/>
    <w:uiPriority w:val="66"/>
    <w:rsid w:val="0083382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a">
    <w:name w:val="Medium Grid 1"/>
    <w:basedOn w:val="a3"/>
    <w:uiPriority w:val="67"/>
    <w:rsid w:val="0083382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b">
    <w:name w:val="Medium Grid 2"/>
    <w:basedOn w:val="a3"/>
    <w:uiPriority w:val="68"/>
    <w:rsid w:val="0083382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83382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aff4">
    <w:name w:val="Dark List"/>
    <w:basedOn w:val="a3"/>
    <w:uiPriority w:val="70"/>
    <w:rsid w:val="0083382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aff5">
    <w:name w:val="Colorful Shading"/>
    <w:basedOn w:val="a3"/>
    <w:uiPriority w:val="71"/>
    <w:rsid w:val="0083382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83382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ff7">
    <w:name w:val="Colorful Grid"/>
    <w:basedOn w:val="a3"/>
    <w:uiPriority w:val="73"/>
    <w:rsid w:val="0083382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TableGrid">
    <w:name w:val="TableGrid"/>
    <w:rsid w:val="0083382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b">
    <w:name w:val="Нет списка1"/>
    <w:next w:val="a4"/>
    <w:uiPriority w:val="99"/>
    <w:semiHidden/>
    <w:unhideWhenUsed/>
    <w:rsid w:val="00833826"/>
  </w:style>
  <w:style w:type="table" w:customStyle="1" w:styleId="TableNormal">
    <w:name w:val="Table Normal"/>
    <w:uiPriority w:val="2"/>
    <w:semiHidden/>
    <w:unhideWhenUsed/>
    <w:qFormat/>
    <w:rsid w:val="0083382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833826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hAnsi="Times New Roman"/>
      <w:lang w:val="ru-RU"/>
    </w:rPr>
  </w:style>
  <w:style w:type="character" w:customStyle="1" w:styleId="c8">
    <w:name w:val="c8"/>
    <w:basedOn w:val="a2"/>
    <w:rsid w:val="00833826"/>
  </w:style>
  <w:style w:type="character" w:styleId="aff8">
    <w:name w:val="Hyperlink"/>
    <w:basedOn w:val="a2"/>
    <w:uiPriority w:val="99"/>
    <w:unhideWhenUsed/>
    <w:rsid w:val="00833826"/>
    <w:rPr>
      <w:color w:val="0000FF" w:themeColor="hyperlink"/>
      <w:u w:val="single"/>
    </w:rPr>
  </w:style>
  <w:style w:type="table" w:customStyle="1" w:styleId="113">
    <w:name w:val="Сетка таблицы11"/>
    <w:basedOn w:val="a3"/>
    <w:uiPriority w:val="59"/>
    <w:rsid w:val="00833826"/>
    <w:rPr>
      <w:rFonts w:eastAsia="Calibri"/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2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collection.edu.ru/" TargetMode="External"/><Relationship Id="rId18" Type="http://schemas.openxmlformats.org/officeDocument/2006/relationships/hyperlink" Target="http://schoolcollection.edu.ru/" TargetMode="External"/><Relationship Id="rId26" Type="http://schemas.openxmlformats.org/officeDocument/2006/relationships/hyperlink" Target="http://schoolcollection.edu.ru/" TargetMode="External"/><Relationship Id="rId39" Type="http://schemas.openxmlformats.org/officeDocument/2006/relationships/hyperlink" Target="http://schoolcollection.edu.ru/" TargetMode="External"/><Relationship Id="rId21" Type="http://schemas.openxmlformats.org/officeDocument/2006/relationships/hyperlink" Target="http://schoolcollection.edu.ru/" TargetMode="External"/><Relationship Id="rId34" Type="http://schemas.openxmlformats.org/officeDocument/2006/relationships/hyperlink" Target="http://schoolcollection.edu.ru/" TargetMode="External"/><Relationship Id="rId42" Type="http://schemas.openxmlformats.org/officeDocument/2006/relationships/hyperlink" Target="http://schoolcollection.edu.ru/" TargetMode="External"/><Relationship Id="rId47" Type="http://schemas.openxmlformats.org/officeDocument/2006/relationships/hyperlink" Target="http://schoolcollection.edu.ru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schoolcollection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collection.edu.ru/" TargetMode="External"/><Relationship Id="rId29" Type="http://schemas.openxmlformats.org/officeDocument/2006/relationships/hyperlink" Target="http://schoolcollection.edu.ru/" TargetMode="External"/><Relationship Id="rId11" Type="http://schemas.openxmlformats.org/officeDocument/2006/relationships/hyperlink" Target="http://schoolcollection.edu.ru/" TargetMode="External"/><Relationship Id="rId24" Type="http://schemas.openxmlformats.org/officeDocument/2006/relationships/hyperlink" Target="http://schoolcollection.edu.ru/" TargetMode="External"/><Relationship Id="rId32" Type="http://schemas.openxmlformats.org/officeDocument/2006/relationships/hyperlink" Target="http://schoolcollection.edu.ru/" TargetMode="External"/><Relationship Id="rId37" Type="http://schemas.openxmlformats.org/officeDocument/2006/relationships/hyperlink" Target="http://schoolcollection.edu.ru/" TargetMode="External"/><Relationship Id="rId40" Type="http://schemas.openxmlformats.org/officeDocument/2006/relationships/hyperlink" Target="http://schoolcollection.edu.ru/" TargetMode="External"/><Relationship Id="rId45" Type="http://schemas.openxmlformats.org/officeDocument/2006/relationships/hyperlink" Target="http://schoolcollection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collection.edu.ru/" TargetMode="External"/><Relationship Id="rId23" Type="http://schemas.openxmlformats.org/officeDocument/2006/relationships/hyperlink" Target="http://schoolcollection.edu.ru/" TargetMode="External"/><Relationship Id="rId28" Type="http://schemas.openxmlformats.org/officeDocument/2006/relationships/hyperlink" Target="http://schoolcollection.edu.ru/" TargetMode="External"/><Relationship Id="rId36" Type="http://schemas.openxmlformats.org/officeDocument/2006/relationships/hyperlink" Target="http://schoolcollection.edu.ru/" TargetMode="External"/><Relationship Id="rId49" Type="http://schemas.openxmlformats.org/officeDocument/2006/relationships/hyperlink" Target="http://schoolcollection.edu.ru/" TargetMode="External"/><Relationship Id="rId10" Type="http://schemas.openxmlformats.org/officeDocument/2006/relationships/hyperlink" Target="http://schoolcollection.edu.ru/" TargetMode="External"/><Relationship Id="rId19" Type="http://schemas.openxmlformats.org/officeDocument/2006/relationships/hyperlink" Target="http://schoolcollection.edu.ru/" TargetMode="External"/><Relationship Id="rId31" Type="http://schemas.openxmlformats.org/officeDocument/2006/relationships/hyperlink" Target="http://schoolcollection.edu.ru/" TargetMode="External"/><Relationship Id="rId44" Type="http://schemas.openxmlformats.org/officeDocument/2006/relationships/hyperlink" Target="http://schoolcollection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collection.edu.ru/" TargetMode="External"/><Relationship Id="rId14" Type="http://schemas.openxmlformats.org/officeDocument/2006/relationships/hyperlink" Target="http://schoolcollection.edu.ru/" TargetMode="External"/><Relationship Id="rId22" Type="http://schemas.openxmlformats.org/officeDocument/2006/relationships/hyperlink" Target="http://schoolcollection.edu.ru/" TargetMode="External"/><Relationship Id="rId27" Type="http://schemas.openxmlformats.org/officeDocument/2006/relationships/hyperlink" Target="http://schoolcollection.edu.ru/" TargetMode="External"/><Relationship Id="rId30" Type="http://schemas.openxmlformats.org/officeDocument/2006/relationships/hyperlink" Target="http://schoolcollection.edu.ru/" TargetMode="External"/><Relationship Id="rId35" Type="http://schemas.openxmlformats.org/officeDocument/2006/relationships/hyperlink" Target="http://schoolcollection.edu.ru/" TargetMode="External"/><Relationship Id="rId43" Type="http://schemas.openxmlformats.org/officeDocument/2006/relationships/hyperlink" Target="http://schoolcollection.edu.ru/" TargetMode="External"/><Relationship Id="rId48" Type="http://schemas.openxmlformats.org/officeDocument/2006/relationships/hyperlink" Target="http://schoolcollection.edu.ru/" TargetMode="External"/><Relationship Id="rId8" Type="http://schemas.openxmlformats.org/officeDocument/2006/relationships/hyperlink" Target="http://schoolcollection.edu.ru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schoolcollection.edu.ru/" TargetMode="External"/><Relationship Id="rId17" Type="http://schemas.openxmlformats.org/officeDocument/2006/relationships/hyperlink" Target="http://schoolcollection.edu.ru/" TargetMode="External"/><Relationship Id="rId25" Type="http://schemas.openxmlformats.org/officeDocument/2006/relationships/hyperlink" Target="http://schoolcollection.edu.ru/" TargetMode="External"/><Relationship Id="rId33" Type="http://schemas.openxmlformats.org/officeDocument/2006/relationships/hyperlink" Target="http://schoolcollection.edu.ru/" TargetMode="External"/><Relationship Id="rId38" Type="http://schemas.openxmlformats.org/officeDocument/2006/relationships/hyperlink" Target="http://schoolcollection.edu.ru/" TargetMode="External"/><Relationship Id="rId46" Type="http://schemas.openxmlformats.org/officeDocument/2006/relationships/hyperlink" Target="http://schoolcollection.edu.ru/" TargetMode="External"/><Relationship Id="rId20" Type="http://schemas.openxmlformats.org/officeDocument/2006/relationships/hyperlink" Target="http://schoolcollection.edu.ru/" TargetMode="External"/><Relationship Id="rId41" Type="http://schemas.openxmlformats.org/officeDocument/2006/relationships/hyperlink" Target="http://school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646D24-B987-4278-867B-B15B0F21E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10212</Words>
  <Characters>58210</Characters>
  <Application>Microsoft Office Word</Application>
  <DocSecurity>0</DocSecurity>
  <Lines>485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68286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11к</cp:lastModifiedBy>
  <cp:revision>6</cp:revision>
  <cp:lastPrinted>2023-09-17T21:42:00Z</cp:lastPrinted>
  <dcterms:created xsi:type="dcterms:W3CDTF">2023-09-18T19:13:00Z</dcterms:created>
  <dcterms:modified xsi:type="dcterms:W3CDTF">2024-04-22T11:10:00Z</dcterms:modified>
</cp:coreProperties>
</file>